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81E6F" w14:textId="77777777" w:rsidR="003822A6" w:rsidRPr="00497ACB" w:rsidRDefault="00000000">
      <w:pPr>
        <w:jc w:val="center"/>
        <w:rPr>
          <w:rFonts w:ascii="Aptos" w:hAnsi="Aptos"/>
          <w:color w:val="A20000"/>
          <w:sz w:val="24"/>
          <w:szCs w:val="24"/>
        </w:rPr>
      </w:pPr>
      <w:r w:rsidRPr="00497ACB">
        <w:rPr>
          <w:rFonts w:ascii="Aptos" w:hAnsi="Aptos"/>
          <w:b/>
          <w:color w:val="A20000"/>
          <w:sz w:val="24"/>
          <w:szCs w:val="24"/>
        </w:rPr>
        <w:t>PREMIO NAZIONALE</w:t>
      </w:r>
      <w:r w:rsidRPr="00497ACB">
        <w:rPr>
          <w:rFonts w:ascii="Aptos" w:hAnsi="Aptos"/>
          <w:b/>
          <w:color w:val="A20000"/>
          <w:sz w:val="24"/>
          <w:szCs w:val="24"/>
        </w:rPr>
        <w:br/>
        <w:t>DI RESTAURO, CONSERVAZIONE E VALORIZZAZIONE</w:t>
      </w:r>
      <w:r w:rsidRPr="00497ACB">
        <w:rPr>
          <w:rFonts w:ascii="Aptos" w:hAnsi="Aptos"/>
          <w:b/>
          <w:color w:val="A20000"/>
          <w:sz w:val="24"/>
          <w:szCs w:val="24"/>
        </w:rPr>
        <w:br/>
        <w:t>“VIA APPIA REGINA VIARUM”</w:t>
      </w:r>
      <w:r w:rsidRPr="00497ACB">
        <w:rPr>
          <w:rFonts w:ascii="Aptos" w:hAnsi="Aptos"/>
          <w:b/>
          <w:color w:val="A20000"/>
          <w:sz w:val="24"/>
          <w:szCs w:val="24"/>
        </w:rPr>
        <w:br/>
        <w:t xml:space="preserve">I Edizione 2026 – Il </w:t>
      </w:r>
      <w:proofErr w:type="spellStart"/>
      <w:r w:rsidRPr="00497ACB">
        <w:rPr>
          <w:rFonts w:ascii="Aptos" w:hAnsi="Aptos"/>
          <w:b/>
          <w:color w:val="A20000"/>
          <w:sz w:val="24"/>
          <w:szCs w:val="24"/>
        </w:rPr>
        <w:t>tratto</w:t>
      </w:r>
      <w:proofErr w:type="spellEnd"/>
      <w:r w:rsidRPr="00497ACB">
        <w:rPr>
          <w:rFonts w:ascii="Aptos" w:hAnsi="Aptos"/>
          <w:b/>
          <w:color w:val="A20000"/>
          <w:sz w:val="24"/>
          <w:szCs w:val="24"/>
        </w:rPr>
        <w:t xml:space="preserve"> Pontino</w:t>
      </w:r>
    </w:p>
    <w:p w14:paraId="4AF46C5A" w14:textId="5849FE0A" w:rsidR="003822A6" w:rsidRPr="00497ACB" w:rsidRDefault="00C17FE0">
      <w:pPr>
        <w:jc w:val="center"/>
        <w:rPr>
          <w:rFonts w:ascii="Aptos" w:hAnsi="Aptos"/>
          <w:color w:val="A20000"/>
          <w:sz w:val="24"/>
          <w:szCs w:val="24"/>
        </w:rPr>
      </w:pPr>
      <w:r>
        <w:rPr>
          <w:rFonts w:ascii="Aptos" w:hAnsi="Aptos"/>
          <w:b/>
          <w:color w:val="A20000"/>
          <w:sz w:val="24"/>
          <w:szCs w:val="24"/>
        </w:rPr>
        <w:t>RELAZIONE TECNICA</w:t>
      </w:r>
    </w:p>
    <w:sectPr w:rsidR="003822A6" w:rsidRPr="00497ACB" w:rsidSect="00034616">
      <w:headerReference w:type="default" r:id="rId8"/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E38AA" w14:textId="77777777" w:rsidR="00821E1B" w:rsidRDefault="00821E1B" w:rsidP="007559CA">
      <w:pPr>
        <w:spacing w:after="0" w:line="240" w:lineRule="auto"/>
      </w:pPr>
      <w:r>
        <w:separator/>
      </w:r>
    </w:p>
  </w:endnote>
  <w:endnote w:type="continuationSeparator" w:id="0">
    <w:p w14:paraId="58E578C0" w14:textId="77777777" w:rsidR="00821E1B" w:rsidRDefault="00821E1B" w:rsidP="00755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42355948"/>
      <w:docPartObj>
        <w:docPartGallery w:val="Page Numbers (Bottom of Page)"/>
        <w:docPartUnique/>
      </w:docPartObj>
    </w:sdtPr>
    <w:sdtContent>
      <w:p w14:paraId="004D86B4" w14:textId="01443A0F" w:rsidR="0006670D" w:rsidRPr="0006670D" w:rsidRDefault="0006670D" w:rsidP="0006670D">
        <w:pPr>
          <w:tabs>
            <w:tab w:val="left" w:pos="3907"/>
            <w:tab w:val="center" w:pos="4816"/>
            <w:tab w:val="left" w:pos="5685"/>
            <w:tab w:val="right" w:pos="9632"/>
          </w:tabs>
          <w:spacing w:before="100" w:after="100"/>
          <w:outlineLvl w:val="0"/>
          <w:rPr>
            <w:color w:val="800000"/>
            <w:sz w:val="18"/>
            <w:szCs w:val="18"/>
          </w:rPr>
        </w:pPr>
        <w:r w:rsidRPr="001C0720">
          <w:rPr>
            <w:noProof/>
            <w:color w:val="800000"/>
            <w:sz w:val="18"/>
            <w:szCs w:val="18"/>
          </w:rPr>
          <w:t xml:space="preserve">Premio Nazionale </w:t>
        </w:r>
        <w:r>
          <w:rPr>
            <w:noProof/>
            <w:color w:val="800000"/>
            <w:sz w:val="18"/>
            <w:szCs w:val="18"/>
          </w:rPr>
          <w:t>“</w:t>
        </w:r>
        <w:r w:rsidRPr="001C0720">
          <w:rPr>
            <w:noProof/>
            <w:color w:val="800000"/>
            <w:sz w:val="18"/>
            <w:szCs w:val="18"/>
          </w:rPr>
          <w:t>Via Appia Regina Viarium</w:t>
        </w:r>
        <w:r>
          <w:rPr>
            <w:noProof/>
            <w:color w:val="800000"/>
            <w:sz w:val="18"/>
            <w:szCs w:val="18"/>
          </w:rPr>
          <w:t>”</w:t>
        </w:r>
        <w:r w:rsidRPr="001C0720">
          <w:rPr>
            <w:b/>
            <w:bCs/>
            <w:noProof/>
            <w:color w:val="800000"/>
            <w:sz w:val="18"/>
            <w:szCs w:val="18"/>
          </w:rPr>
          <w:t xml:space="preserve"> |</w:t>
        </w:r>
        <w:r w:rsidRPr="001C0720">
          <w:rPr>
            <w:noProof/>
            <w:color w:val="800000"/>
            <w:sz w:val="18"/>
            <w:szCs w:val="18"/>
          </w:rPr>
          <w:t xml:space="preserve"> </w:t>
        </w:r>
        <w:r w:rsidR="00C17FE0">
          <w:rPr>
            <w:b/>
            <w:bCs/>
            <w:noProof/>
            <w:color w:val="800000"/>
            <w:sz w:val="18"/>
            <w:szCs w:val="18"/>
          </w:rPr>
          <w:t>RELAZIONE TECNICA</w:t>
        </w:r>
        <w:r w:rsidR="00C17FE0">
          <w:rPr>
            <w:b/>
            <w:bCs/>
            <w:noProof/>
            <w:color w:val="800000"/>
            <w:sz w:val="18"/>
            <w:szCs w:val="18"/>
          </w:rPr>
          <w:tab/>
        </w:r>
        <w:r w:rsidR="00C17FE0">
          <w:rPr>
            <w:b/>
            <w:bCs/>
            <w:noProof/>
            <w:color w:val="800000"/>
            <w:sz w:val="18"/>
            <w:szCs w:val="18"/>
          </w:rP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4BFD58D2" w14:textId="77777777" w:rsidR="0006670D" w:rsidRDefault="0006670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2831A" w14:textId="77777777" w:rsidR="00821E1B" w:rsidRDefault="00821E1B" w:rsidP="007559CA">
      <w:pPr>
        <w:spacing w:after="0" w:line="240" w:lineRule="auto"/>
      </w:pPr>
      <w:r>
        <w:separator/>
      </w:r>
    </w:p>
  </w:footnote>
  <w:footnote w:type="continuationSeparator" w:id="0">
    <w:p w14:paraId="1BF15102" w14:textId="77777777" w:rsidR="00821E1B" w:rsidRDefault="00821E1B" w:rsidP="00755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DCD01" w14:textId="094C39BF" w:rsidR="007559CA" w:rsidRDefault="00175D7C" w:rsidP="007559CA">
    <w:pPr>
      <w:pStyle w:val="Pidipagina"/>
      <w:tabs>
        <w:tab w:val="left" w:pos="780"/>
      </w:tabs>
      <w:rPr>
        <w:b/>
        <w:bCs/>
        <w:sz w:val="12"/>
        <w:szCs w:val="12"/>
      </w:rPr>
    </w:pPr>
    <w:r w:rsidRPr="00175D7C">
      <w:rPr>
        <w:rFonts w:ascii="Aptos" w:eastAsia="Aptos" w:hAnsi="Aptos" w:cs="Aptos"/>
        <w:noProof/>
        <w:color w:val="000000"/>
        <w:kern w:val="2"/>
        <w:sz w:val="24"/>
        <w:szCs w:val="24"/>
        <w:u w:color="000000"/>
        <w:bdr w:val="nil"/>
        <w:lang w:val="it-IT" w:eastAsia="it-IT"/>
      </w:rPr>
      <w:drawing>
        <wp:anchor distT="0" distB="0" distL="114300" distR="114300" simplePos="0" relativeHeight="251660800" behindDoc="1" locked="0" layoutInCell="1" allowOverlap="1" wp14:anchorId="38D3BC0A" wp14:editId="188D3792">
          <wp:simplePos x="0" y="0"/>
          <wp:positionH relativeFrom="column">
            <wp:posOffset>5300980</wp:posOffset>
          </wp:positionH>
          <wp:positionV relativeFrom="paragraph">
            <wp:posOffset>-203039</wp:posOffset>
          </wp:positionV>
          <wp:extent cx="1086105" cy="1037230"/>
          <wp:effectExtent l="0" t="0" r="0" b="0"/>
          <wp:wrapNone/>
          <wp:docPr id="652464296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2464296" name="Immagine 65246429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236" t="29799" r="26117" b="27564"/>
                  <a:stretch>
                    <a:fillRect/>
                  </a:stretch>
                </pic:blipFill>
                <pic:spPr bwMode="auto">
                  <a:xfrm>
                    <a:off x="0" y="0"/>
                    <a:ext cx="1086105" cy="10372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750CC9B" w14:textId="00FD466D" w:rsidR="007559CA" w:rsidRPr="00F50B69" w:rsidRDefault="007559CA" w:rsidP="007559CA">
    <w:pPr>
      <w:pStyle w:val="Pidipagina"/>
      <w:tabs>
        <w:tab w:val="left" w:pos="780"/>
      </w:tabs>
      <w:rPr>
        <w:rFonts w:ascii="Aptos" w:hAnsi="Aptos"/>
        <w:sz w:val="16"/>
        <w:szCs w:val="16"/>
      </w:rPr>
    </w:pPr>
    <w:r w:rsidRPr="00F50B69">
      <w:rPr>
        <w:rFonts w:ascii="Aptos" w:hAnsi="Aptos"/>
        <w:b/>
        <w:bCs/>
        <w:sz w:val="16"/>
        <w:szCs w:val="16"/>
      </w:rPr>
      <w:t xml:space="preserve">PREMIO NAZIONALE </w:t>
    </w:r>
  </w:p>
  <w:p w14:paraId="01C62822" w14:textId="6954C55C" w:rsidR="007559CA" w:rsidRPr="00F50B69" w:rsidRDefault="007559CA" w:rsidP="007559CA">
    <w:pPr>
      <w:pStyle w:val="Pidipagina"/>
      <w:tabs>
        <w:tab w:val="left" w:pos="780"/>
      </w:tabs>
      <w:rPr>
        <w:rFonts w:ascii="Aptos" w:hAnsi="Aptos"/>
        <w:sz w:val="16"/>
        <w:szCs w:val="16"/>
      </w:rPr>
    </w:pPr>
    <w:r w:rsidRPr="00F50B69">
      <w:rPr>
        <w:rFonts w:ascii="Aptos" w:hAnsi="Aptos"/>
        <w:sz w:val="16"/>
        <w:szCs w:val="16"/>
      </w:rPr>
      <w:t xml:space="preserve">DI RESTAURO, </w:t>
    </w:r>
  </w:p>
  <w:p w14:paraId="29FE6151" w14:textId="77777777" w:rsidR="007559CA" w:rsidRPr="00F50B69" w:rsidRDefault="007559CA" w:rsidP="007559CA">
    <w:pPr>
      <w:pStyle w:val="Pidipagina"/>
      <w:tabs>
        <w:tab w:val="left" w:pos="780"/>
      </w:tabs>
      <w:rPr>
        <w:rFonts w:ascii="Aptos" w:hAnsi="Aptos"/>
        <w:sz w:val="16"/>
        <w:szCs w:val="16"/>
      </w:rPr>
    </w:pPr>
    <w:r w:rsidRPr="00F50B69">
      <w:rPr>
        <w:rFonts w:ascii="Aptos" w:hAnsi="Aptos"/>
        <w:sz w:val="16"/>
        <w:szCs w:val="16"/>
      </w:rPr>
      <w:t xml:space="preserve">CONSERVAZIONE </w:t>
    </w:r>
  </w:p>
  <w:p w14:paraId="1EE8266A" w14:textId="77777777" w:rsidR="007559CA" w:rsidRPr="00F50B69" w:rsidRDefault="007559CA" w:rsidP="007559CA">
    <w:pPr>
      <w:pStyle w:val="Pidipagina"/>
      <w:tabs>
        <w:tab w:val="left" w:pos="780"/>
        <w:tab w:val="left" w:pos="8505"/>
      </w:tabs>
      <w:rPr>
        <w:rFonts w:ascii="Aptos" w:hAnsi="Aptos"/>
        <w:sz w:val="16"/>
        <w:szCs w:val="16"/>
      </w:rPr>
    </w:pPr>
    <w:r w:rsidRPr="00F50B69">
      <w:rPr>
        <w:rFonts w:ascii="Aptos" w:hAnsi="Aptos"/>
        <w:sz w:val="16"/>
        <w:szCs w:val="16"/>
      </w:rPr>
      <w:t xml:space="preserve"> E VALORIZZAZIONE </w:t>
    </w:r>
    <w:r w:rsidRPr="00F50B69">
      <w:rPr>
        <w:rFonts w:ascii="Aptos" w:hAnsi="Aptos"/>
        <w:sz w:val="16"/>
        <w:szCs w:val="16"/>
      </w:rPr>
      <w:tab/>
    </w:r>
  </w:p>
  <w:p w14:paraId="4B166DA6" w14:textId="77777777" w:rsidR="007559CA" w:rsidRPr="00F50B69" w:rsidRDefault="007559CA" w:rsidP="007559CA">
    <w:pPr>
      <w:pStyle w:val="Pidipagina"/>
      <w:tabs>
        <w:tab w:val="left" w:pos="780"/>
      </w:tabs>
      <w:rPr>
        <w:rFonts w:ascii="Aptos" w:hAnsi="Aptos"/>
        <w:b/>
        <w:bCs/>
        <w:sz w:val="16"/>
        <w:szCs w:val="16"/>
      </w:rPr>
    </w:pPr>
    <w:r w:rsidRPr="00F50B69">
      <w:rPr>
        <w:rFonts w:ascii="Aptos" w:hAnsi="Aptos"/>
        <w:b/>
        <w:bCs/>
        <w:sz w:val="16"/>
        <w:szCs w:val="16"/>
      </w:rPr>
      <w:t>“VIA APPIA REGINA VIARUM”</w:t>
    </w:r>
  </w:p>
  <w:p w14:paraId="36795B89" w14:textId="77777777" w:rsidR="007559CA" w:rsidRPr="00F50B69" w:rsidRDefault="007559CA" w:rsidP="007559CA">
    <w:pPr>
      <w:pStyle w:val="Pidipagina"/>
      <w:tabs>
        <w:tab w:val="left" w:pos="780"/>
      </w:tabs>
      <w:rPr>
        <w:rFonts w:ascii="Aptos" w:hAnsi="Aptos"/>
        <w:sz w:val="16"/>
        <w:szCs w:val="16"/>
      </w:rPr>
    </w:pPr>
    <w:r w:rsidRPr="00F50B69">
      <w:rPr>
        <w:rFonts w:ascii="Aptos" w:hAnsi="Aptos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F534C3C" wp14:editId="74649445">
              <wp:simplePos x="0" y="0"/>
              <wp:positionH relativeFrom="margin">
                <wp:posOffset>-15240</wp:posOffset>
              </wp:positionH>
              <wp:positionV relativeFrom="paragraph">
                <wp:posOffset>66082</wp:posOffset>
              </wp:positionV>
              <wp:extent cx="5314950" cy="12023"/>
              <wp:effectExtent l="0" t="0" r="19050" b="26670"/>
              <wp:wrapNone/>
              <wp:docPr id="471683934" name="Connettore dirit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314950" cy="12023"/>
                      </a:xfrm>
                      <a:prstGeom prst="line">
                        <a:avLst/>
                      </a:prstGeom>
                      <a:noFill/>
                      <a:ln w="6350" cap="flat">
                        <a:solidFill>
                          <a:srgbClr val="800000"/>
                        </a:solidFill>
                        <a:prstDash val="solid"/>
                        <a:miter lim="8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5C9279" id="Connettore diritto 2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2pt,5.2pt" to="417.3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" strokecolor="maroon" strokeweight=".5pt">
              <v:stroke joinstyle="miter"/>
              <w10:wrap anchorx="margin"/>
            </v:line>
          </w:pict>
        </mc:Fallback>
      </mc:AlternateContent>
    </w:r>
    <w:r w:rsidRPr="00F50B69">
      <w:rPr>
        <w:rFonts w:ascii="Aptos" w:hAnsi="Aptos"/>
        <w:sz w:val="16"/>
        <w:szCs w:val="16"/>
      </w:rPr>
      <w:t xml:space="preserve">  </w:t>
    </w:r>
  </w:p>
  <w:p w14:paraId="68B975A0" w14:textId="77777777" w:rsidR="007559CA" w:rsidRPr="00F50B69" w:rsidRDefault="007559CA" w:rsidP="007559CA">
    <w:pPr>
      <w:pStyle w:val="Pidipagina"/>
      <w:tabs>
        <w:tab w:val="left" w:pos="780"/>
      </w:tabs>
      <w:rPr>
        <w:rFonts w:ascii="Aptos" w:hAnsi="Aptos"/>
        <w:sz w:val="16"/>
        <w:szCs w:val="16"/>
      </w:rPr>
    </w:pPr>
    <w:proofErr w:type="spellStart"/>
    <w:r w:rsidRPr="00F50B69">
      <w:rPr>
        <w:rFonts w:ascii="Aptos" w:hAnsi="Aptos"/>
        <w:sz w:val="16"/>
        <w:szCs w:val="16"/>
      </w:rPr>
      <w:t>Edizione</w:t>
    </w:r>
    <w:proofErr w:type="spellEnd"/>
    <w:r w:rsidRPr="00F50B69">
      <w:rPr>
        <w:rFonts w:ascii="Aptos" w:hAnsi="Aptos"/>
        <w:sz w:val="16"/>
        <w:szCs w:val="16"/>
      </w:rPr>
      <w:t xml:space="preserve"> 2026-Il </w:t>
    </w:r>
    <w:proofErr w:type="spellStart"/>
    <w:r w:rsidRPr="00F50B69">
      <w:rPr>
        <w:rFonts w:ascii="Aptos" w:hAnsi="Aptos"/>
        <w:sz w:val="16"/>
        <w:szCs w:val="16"/>
      </w:rPr>
      <w:t>tratto</w:t>
    </w:r>
    <w:proofErr w:type="spellEnd"/>
    <w:r w:rsidRPr="00F50B69">
      <w:rPr>
        <w:rFonts w:ascii="Aptos" w:hAnsi="Aptos"/>
        <w:sz w:val="16"/>
        <w:szCs w:val="16"/>
      </w:rPr>
      <w:t xml:space="preserve"> </w:t>
    </w:r>
    <w:proofErr w:type="spellStart"/>
    <w:r w:rsidRPr="00F50B69">
      <w:rPr>
        <w:rFonts w:ascii="Aptos" w:hAnsi="Aptos"/>
        <w:sz w:val="16"/>
        <w:szCs w:val="16"/>
      </w:rPr>
      <w:t>pontino</w:t>
    </w:r>
    <w:proofErr w:type="spellEnd"/>
  </w:p>
  <w:p w14:paraId="03BBB147" w14:textId="5D47F111" w:rsidR="007559CA" w:rsidRDefault="007559CA">
    <w:pPr>
      <w:pStyle w:val="Intestazione"/>
    </w:pPr>
  </w:p>
  <w:p w14:paraId="30F8FBD8" w14:textId="77777777" w:rsidR="007559CA" w:rsidRDefault="007559C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0530939">
    <w:abstractNumId w:val="8"/>
  </w:num>
  <w:num w:numId="2" w16cid:durableId="61224771">
    <w:abstractNumId w:val="6"/>
  </w:num>
  <w:num w:numId="3" w16cid:durableId="300185950">
    <w:abstractNumId w:val="5"/>
  </w:num>
  <w:num w:numId="4" w16cid:durableId="89551057">
    <w:abstractNumId w:val="4"/>
  </w:num>
  <w:num w:numId="5" w16cid:durableId="1528373412">
    <w:abstractNumId w:val="7"/>
  </w:num>
  <w:num w:numId="6" w16cid:durableId="921916536">
    <w:abstractNumId w:val="3"/>
  </w:num>
  <w:num w:numId="7" w16cid:durableId="1079786134">
    <w:abstractNumId w:val="2"/>
  </w:num>
  <w:num w:numId="8" w16cid:durableId="921791956">
    <w:abstractNumId w:val="1"/>
  </w:num>
  <w:num w:numId="9" w16cid:durableId="143741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670D"/>
    <w:rsid w:val="0015074B"/>
    <w:rsid w:val="00175D7C"/>
    <w:rsid w:val="0029639D"/>
    <w:rsid w:val="00326F90"/>
    <w:rsid w:val="003567A4"/>
    <w:rsid w:val="003822A6"/>
    <w:rsid w:val="00445C5D"/>
    <w:rsid w:val="00497ACB"/>
    <w:rsid w:val="00675403"/>
    <w:rsid w:val="006E26E9"/>
    <w:rsid w:val="007559CA"/>
    <w:rsid w:val="00786444"/>
    <w:rsid w:val="00821E1B"/>
    <w:rsid w:val="00894DA4"/>
    <w:rsid w:val="00AA04F0"/>
    <w:rsid w:val="00AA1D8D"/>
    <w:rsid w:val="00AF218C"/>
    <w:rsid w:val="00B47730"/>
    <w:rsid w:val="00BA7374"/>
    <w:rsid w:val="00C17FE0"/>
    <w:rsid w:val="00CA1E6D"/>
    <w:rsid w:val="00CB0664"/>
    <w:rsid w:val="00CE36FB"/>
    <w:rsid w:val="00E42390"/>
    <w:rsid w:val="00E760F7"/>
    <w:rsid w:val="00F50B69"/>
    <w:rsid w:val="00F51F25"/>
    <w:rsid w:val="00FC693F"/>
    <w:rsid w:val="00FE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1FDEDC"/>
  <w14:defaultImageDpi w14:val="300"/>
  <w15:docId w15:val="{25457374-5656-4962-96C1-37530162B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Francesco Vaudo</cp:lastModifiedBy>
  <cp:revision>2</cp:revision>
  <dcterms:created xsi:type="dcterms:W3CDTF">2026-09-21T08:42:00Z</dcterms:created>
  <dcterms:modified xsi:type="dcterms:W3CDTF">2026-09-21T08:42:00Z</dcterms:modified>
  <cp:category/>
</cp:coreProperties>
</file>