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1E6F" w14:textId="77777777" w:rsidR="003822A6" w:rsidRPr="00497ACB" w:rsidRDefault="00000000">
      <w:pPr>
        <w:jc w:val="center"/>
        <w:rPr>
          <w:rFonts w:ascii="Aptos" w:hAnsi="Aptos"/>
          <w:color w:val="A20000"/>
          <w:sz w:val="24"/>
          <w:szCs w:val="24"/>
        </w:rPr>
      </w:pPr>
      <w:r w:rsidRPr="00497ACB">
        <w:rPr>
          <w:rFonts w:ascii="Aptos" w:hAnsi="Aptos"/>
          <w:b/>
          <w:color w:val="A20000"/>
          <w:sz w:val="24"/>
          <w:szCs w:val="24"/>
        </w:rPr>
        <w:t>PREMIO NAZIONALE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>DI RESTAURO, CONSERVAZIONE E VALORIZZAZIONE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>“VIA APPIA REGINA VIARUM”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 xml:space="preserve">I Edizione 2026 – Il </w:t>
      </w:r>
      <w:proofErr w:type="spellStart"/>
      <w:r w:rsidRPr="00497ACB">
        <w:rPr>
          <w:rFonts w:ascii="Aptos" w:hAnsi="Aptos"/>
          <w:b/>
          <w:color w:val="A20000"/>
          <w:sz w:val="24"/>
          <w:szCs w:val="24"/>
        </w:rPr>
        <w:t>tratto</w:t>
      </w:r>
      <w:proofErr w:type="spellEnd"/>
      <w:r w:rsidRPr="00497ACB">
        <w:rPr>
          <w:rFonts w:ascii="Aptos" w:hAnsi="Aptos"/>
          <w:b/>
          <w:color w:val="A20000"/>
          <w:sz w:val="24"/>
          <w:szCs w:val="24"/>
        </w:rPr>
        <w:t xml:space="preserve"> Pontino</w:t>
      </w:r>
    </w:p>
    <w:p w14:paraId="4AF46C5A" w14:textId="77777777" w:rsidR="003822A6" w:rsidRPr="00497ACB" w:rsidRDefault="00000000">
      <w:pPr>
        <w:jc w:val="center"/>
        <w:rPr>
          <w:rFonts w:ascii="Aptos" w:hAnsi="Aptos"/>
          <w:color w:val="A20000"/>
          <w:sz w:val="24"/>
          <w:szCs w:val="24"/>
        </w:rPr>
      </w:pPr>
      <w:r w:rsidRPr="00497ACB">
        <w:rPr>
          <w:rFonts w:ascii="Aptos" w:hAnsi="Aptos"/>
          <w:b/>
          <w:color w:val="A20000"/>
          <w:sz w:val="24"/>
          <w:szCs w:val="24"/>
        </w:rPr>
        <w:t>DOMANDA DI PARTECIPAZIONE</w:t>
      </w:r>
    </w:p>
    <w:p w14:paraId="1DEDA56B" w14:textId="77777777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  <w:b/>
        </w:rPr>
        <w:t xml:space="preserve">Tema: </w:t>
      </w:r>
      <w:r w:rsidRPr="00497ACB">
        <w:rPr>
          <w:rFonts w:ascii="Aptos" w:hAnsi="Aptos"/>
        </w:rPr>
        <w:t>“Preesistenze storiche, paesaggio e architettura”</w:t>
      </w:r>
    </w:p>
    <w:p w14:paraId="40EFC2DA" w14:textId="3FD125E6" w:rsidR="003822A6" w:rsidRPr="00497ACB" w:rsidRDefault="00000000" w:rsidP="00497ACB">
      <w:pPr>
        <w:jc w:val="both"/>
        <w:rPr>
          <w:rFonts w:ascii="Aptos" w:hAnsi="Aptos"/>
        </w:rPr>
      </w:pPr>
      <w:r w:rsidRPr="00497ACB">
        <w:rPr>
          <w:rFonts w:ascii="Aptos" w:hAnsi="Aptos"/>
          <w:b/>
        </w:rPr>
        <w:t xml:space="preserve">Il/La </w:t>
      </w:r>
      <w:proofErr w:type="spellStart"/>
      <w:r w:rsidRPr="00497ACB">
        <w:rPr>
          <w:rFonts w:ascii="Aptos" w:hAnsi="Aptos"/>
          <w:b/>
        </w:rPr>
        <w:t>sottoscritto</w:t>
      </w:r>
      <w:proofErr w:type="spellEnd"/>
      <w:r w:rsidRPr="00497ACB">
        <w:rPr>
          <w:rFonts w:ascii="Aptos" w:hAnsi="Aptos"/>
          <w:b/>
        </w:rPr>
        <w:t xml:space="preserve">/a </w:t>
      </w:r>
      <w:r w:rsidRPr="00497ACB">
        <w:rPr>
          <w:rFonts w:ascii="Aptos" w:hAnsi="Aptos"/>
        </w:rPr>
        <w:t>______________________________________________________</w:t>
      </w:r>
      <w:r w:rsidR="00FE5315" w:rsidRPr="00497ACB">
        <w:rPr>
          <w:rFonts w:ascii="Aptos" w:hAnsi="Aptos"/>
        </w:rPr>
        <w:t>____</w:t>
      </w:r>
      <w:r w:rsidR="0006670D" w:rsidRPr="00497ACB">
        <w:rPr>
          <w:rFonts w:ascii="Aptos" w:hAnsi="Aptos"/>
        </w:rPr>
        <w:t>___________</w:t>
      </w:r>
      <w:r w:rsidR="00497ACB">
        <w:rPr>
          <w:rFonts w:ascii="Aptos" w:hAnsi="Aptos"/>
        </w:rPr>
        <w:t>_______________</w:t>
      </w:r>
    </w:p>
    <w:p w14:paraId="4912FBE3" w14:textId="323F6889" w:rsidR="003822A6" w:rsidRPr="00497ACB" w:rsidRDefault="00000000" w:rsidP="00497ACB">
      <w:pPr>
        <w:jc w:val="both"/>
        <w:rPr>
          <w:rFonts w:ascii="Aptos" w:hAnsi="Aptos"/>
        </w:rPr>
      </w:pPr>
      <w:proofErr w:type="spellStart"/>
      <w:r w:rsidRPr="00497ACB">
        <w:rPr>
          <w:rFonts w:ascii="Aptos" w:hAnsi="Aptos"/>
        </w:rPr>
        <w:t>nato</w:t>
      </w:r>
      <w:proofErr w:type="spellEnd"/>
      <w:r w:rsidRPr="00497ACB">
        <w:rPr>
          <w:rFonts w:ascii="Aptos" w:hAnsi="Aptos"/>
        </w:rPr>
        <w:t>/a a __________________________________________</w:t>
      </w:r>
      <w:r w:rsidR="0006670D" w:rsidRPr="00497ACB">
        <w:rPr>
          <w:rFonts w:ascii="Aptos" w:hAnsi="Aptos"/>
        </w:rPr>
        <w:t>_______</w:t>
      </w:r>
      <w:r w:rsidR="00FE5315" w:rsidRPr="00497ACB">
        <w:rPr>
          <w:rFonts w:ascii="Aptos" w:hAnsi="Aptos"/>
        </w:rPr>
        <w:t xml:space="preserve"> </w:t>
      </w:r>
      <w:r w:rsidR="00497ACB">
        <w:rPr>
          <w:rFonts w:ascii="Aptos" w:hAnsi="Aptos"/>
        </w:rPr>
        <w:t>_________</w:t>
      </w:r>
      <w:r w:rsidRPr="00497ACB">
        <w:rPr>
          <w:rFonts w:ascii="Aptos" w:hAnsi="Aptos"/>
        </w:rPr>
        <w:t>il ____</w:t>
      </w:r>
      <w:r w:rsidR="0006670D" w:rsidRPr="00497ACB">
        <w:rPr>
          <w:rFonts w:ascii="Aptos" w:hAnsi="Aptos"/>
        </w:rPr>
        <w:t>__</w:t>
      </w:r>
      <w:r w:rsidRPr="00497ACB">
        <w:rPr>
          <w:rFonts w:ascii="Aptos" w:hAnsi="Aptos"/>
        </w:rPr>
        <w:t>/</w:t>
      </w:r>
      <w:r w:rsidR="0006670D" w:rsidRPr="00497ACB">
        <w:rPr>
          <w:rFonts w:ascii="Aptos" w:hAnsi="Aptos"/>
        </w:rPr>
        <w:t>___</w:t>
      </w:r>
      <w:r w:rsidRPr="00497ACB">
        <w:rPr>
          <w:rFonts w:ascii="Aptos" w:hAnsi="Aptos"/>
        </w:rPr>
        <w:t>____/________</w:t>
      </w:r>
      <w:r w:rsidR="00FE5315" w:rsidRPr="00497ACB">
        <w:rPr>
          <w:rFonts w:ascii="Aptos" w:hAnsi="Aptos"/>
        </w:rPr>
        <w:t>____</w:t>
      </w:r>
      <w:r w:rsidR="00497ACB">
        <w:rPr>
          <w:rFonts w:ascii="Aptos" w:hAnsi="Aptos"/>
        </w:rPr>
        <w:t>_________</w:t>
      </w:r>
    </w:p>
    <w:p w14:paraId="7856135F" w14:textId="6E7FD9D8" w:rsidR="003822A6" w:rsidRPr="00497ACB" w:rsidRDefault="00000000" w:rsidP="00497ACB">
      <w:pPr>
        <w:jc w:val="both"/>
        <w:rPr>
          <w:rFonts w:ascii="Aptos" w:hAnsi="Aptos"/>
        </w:rPr>
      </w:pPr>
      <w:proofErr w:type="spellStart"/>
      <w:r w:rsidRPr="00497ACB">
        <w:rPr>
          <w:rFonts w:ascii="Aptos" w:hAnsi="Aptos"/>
        </w:rPr>
        <w:t>codice</w:t>
      </w:r>
      <w:proofErr w:type="spellEnd"/>
      <w:r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fiscale</w:t>
      </w:r>
      <w:proofErr w:type="spellEnd"/>
      <w:r w:rsidRPr="00497ACB">
        <w:rPr>
          <w:rFonts w:ascii="Aptos" w:hAnsi="Aptos"/>
        </w:rPr>
        <w:t xml:space="preserve"> __________________________________________________________</w:t>
      </w:r>
      <w:r w:rsidR="00FE5315" w:rsidRPr="00497ACB">
        <w:rPr>
          <w:rFonts w:ascii="Aptos" w:hAnsi="Aptos"/>
        </w:rPr>
        <w:t>_____</w:t>
      </w:r>
      <w:r w:rsidR="0006670D" w:rsidRPr="00497ACB">
        <w:rPr>
          <w:rFonts w:ascii="Aptos" w:hAnsi="Aptos"/>
        </w:rPr>
        <w:t>___________</w:t>
      </w:r>
      <w:r w:rsidR="00497ACB">
        <w:rPr>
          <w:rFonts w:ascii="Aptos" w:hAnsi="Aptos"/>
        </w:rPr>
        <w:t>_______________</w:t>
      </w:r>
    </w:p>
    <w:p w14:paraId="19321089" w14:textId="71769B1F" w:rsidR="003822A6" w:rsidRPr="00497ACB" w:rsidRDefault="00000000" w:rsidP="00497ACB">
      <w:pPr>
        <w:jc w:val="both"/>
        <w:rPr>
          <w:rFonts w:ascii="Aptos" w:hAnsi="Aptos"/>
        </w:rPr>
      </w:pPr>
      <w:r w:rsidRPr="00497ACB">
        <w:rPr>
          <w:rFonts w:ascii="Aptos" w:hAnsi="Aptos"/>
        </w:rPr>
        <w:t>con studio/</w:t>
      </w:r>
      <w:proofErr w:type="spellStart"/>
      <w:r w:rsidRPr="00497ACB">
        <w:rPr>
          <w:rFonts w:ascii="Aptos" w:hAnsi="Aptos"/>
        </w:rPr>
        <w:t>residenza</w:t>
      </w:r>
      <w:proofErr w:type="spellEnd"/>
      <w:r w:rsidRPr="00497ACB">
        <w:rPr>
          <w:rFonts w:ascii="Aptos" w:hAnsi="Aptos"/>
        </w:rPr>
        <w:t xml:space="preserve"> in _________________________________________________</w:t>
      </w:r>
      <w:r w:rsidR="00FE5315" w:rsidRPr="00497ACB">
        <w:rPr>
          <w:rFonts w:ascii="Aptos" w:hAnsi="Aptos"/>
        </w:rPr>
        <w:t>______</w:t>
      </w:r>
      <w:r w:rsidR="0006670D" w:rsidRPr="00497ACB">
        <w:rPr>
          <w:rFonts w:ascii="Aptos" w:hAnsi="Aptos"/>
        </w:rPr>
        <w:t>___________</w:t>
      </w:r>
      <w:r w:rsidR="00497ACB">
        <w:rPr>
          <w:rFonts w:ascii="Aptos" w:hAnsi="Aptos"/>
        </w:rPr>
        <w:t>_______________</w:t>
      </w:r>
    </w:p>
    <w:p w14:paraId="30B11656" w14:textId="6E29F151" w:rsidR="003822A6" w:rsidRPr="00497ACB" w:rsidRDefault="00000000" w:rsidP="00497ACB">
      <w:pPr>
        <w:jc w:val="both"/>
        <w:rPr>
          <w:rFonts w:ascii="Aptos" w:hAnsi="Aptos"/>
        </w:rPr>
      </w:pPr>
      <w:r w:rsidRPr="00497ACB">
        <w:rPr>
          <w:rFonts w:ascii="Aptos" w:hAnsi="Aptos"/>
        </w:rPr>
        <w:t>via/piazza __________________________________________________</w:t>
      </w:r>
      <w:r w:rsidR="0006670D" w:rsidRPr="00497ACB">
        <w:rPr>
          <w:rFonts w:ascii="Aptos" w:hAnsi="Aptos"/>
        </w:rPr>
        <w:t>___________</w:t>
      </w:r>
      <w:r w:rsidR="00497ACB">
        <w:rPr>
          <w:rFonts w:ascii="Aptos" w:hAnsi="Aptos"/>
        </w:rPr>
        <w:t>________________</w:t>
      </w:r>
      <w:r w:rsidRPr="00497ACB">
        <w:rPr>
          <w:rFonts w:ascii="Aptos" w:hAnsi="Aptos"/>
        </w:rPr>
        <w:t xml:space="preserve"> n. ________</w:t>
      </w:r>
      <w:r w:rsidR="00FE5315" w:rsidRPr="00497ACB">
        <w:rPr>
          <w:rFonts w:ascii="Aptos" w:hAnsi="Aptos"/>
        </w:rPr>
        <w:t>____</w:t>
      </w:r>
      <w:r w:rsidR="00497ACB">
        <w:rPr>
          <w:rFonts w:ascii="Aptos" w:hAnsi="Aptos"/>
        </w:rPr>
        <w:t>_</w:t>
      </w:r>
      <w:r w:rsidR="00FE5315" w:rsidRPr="00497ACB">
        <w:rPr>
          <w:rFonts w:ascii="Aptos" w:hAnsi="Aptos"/>
        </w:rPr>
        <w:t>_</w:t>
      </w:r>
    </w:p>
    <w:p w14:paraId="14B2AE6C" w14:textId="127B800F" w:rsidR="003822A6" w:rsidRPr="00497ACB" w:rsidRDefault="00000000" w:rsidP="00497ACB">
      <w:pPr>
        <w:jc w:val="both"/>
        <w:rPr>
          <w:rFonts w:ascii="Aptos" w:hAnsi="Aptos"/>
        </w:rPr>
      </w:pPr>
      <w:r w:rsidRPr="00497ACB">
        <w:rPr>
          <w:rFonts w:ascii="Aptos" w:hAnsi="Aptos"/>
        </w:rPr>
        <w:t>CAP __________</w:t>
      </w:r>
      <w:r w:rsidR="00FE5315" w:rsidRPr="00497ACB">
        <w:rPr>
          <w:rFonts w:ascii="Aptos" w:hAnsi="Aptos"/>
        </w:rPr>
        <w:t>___</w:t>
      </w:r>
      <w:r w:rsidR="0006670D" w:rsidRPr="00497ACB">
        <w:rPr>
          <w:rFonts w:ascii="Aptos" w:hAnsi="Aptos"/>
        </w:rPr>
        <w:t>____</w:t>
      </w:r>
      <w:r w:rsidR="00497ACB">
        <w:rPr>
          <w:rFonts w:ascii="Aptos" w:hAnsi="Aptos"/>
        </w:rPr>
        <w:t>___</w:t>
      </w:r>
      <w:r w:rsidR="0006670D"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Comune</w:t>
      </w:r>
      <w:proofErr w:type="spellEnd"/>
      <w:r w:rsidRPr="00497ACB">
        <w:rPr>
          <w:rFonts w:ascii="Aptos" w:hAnsi="Aptos"/>
        </w:rPr>
        <w:t xml:space="preserve"> ______________________________</w:t>
      </w:r>
      <w:r w:rsidR="00497ACB">
        <w:rPr>
          <w:rFonts w:ascii="Aptos" w:hAnsi="Aptos"/>
        </w:rPr>
        <w:t>__</w:t>
      </w:r>
      <w:proofErr w:type="gramStart"/>
      <w:r w:rsidR="00497ACB">
        <w:rPr>
          <w:rFonts w:ascii="Aptos" w:hAnsi="Aptos"/>
        </w:rPr>
        <w:t>_</w:t>
      </w:r>
      <w:r w:rsidRPr="00497ACB">
        <w:rPr>
          <w:rFonts w:ascii="Aptos" w:hAnsi="Aptos"/>
        </w:rPr>
        <w:t xml:space="preserve"> </w:t>
      </w:r>
      <w:r w:rsidR="0006670D" w:rsidRPr="00497ACB">
        <w:rPr>
          <w:rFonts w:ascii="Aptos" w:hAnsi="Aptos"/>
        </w:rPr>
        <w:t xml:space="preserve"> </w:t>
      </w:r>
      <w:r w:rsidRPr="00497ACB">
        <w:rPr>
          <w:rFonts w:ascii="Aptos" w:hAnsi="Aptos"/>
        </w:rPr>
        <w:t>Provincia</w:t>
      </w:r>
      <w:proofErr w:type="gramEnd"/>
      <w:r w:rsidRPr="00497ACB">
        <w:rPr>
          <w:rFonts w:ascii="Aptos" w:hAnsi="Aptos"/>
        </w:rPr>
        <w:t xml:space="preserve"> _____</w:t>
      </w:r>
      <w:r w:rsidR="00FE5315" w:rsidRPr="00497ACB">
        <w:rPr>
          <w:rFonts w:ascii="Aptos" w:hAnsi="Aptos"/>
        </w:rPr>
        <w:t>_____</w:t>
      </w:r>
      <w:r w:rsidR="0006670D" w:rsidRPr="00497ACB">
        <w:rPr>
          <w:rFonts w:ascii="Aptos" w:hAnsi="Aptos"/>
        </w:rPr>
        <w:t>_______</w:t>
      </w:r>
      <w:r w:rsidR="00497ACB">
        <w:rPr>
          <w:rFonts w:ascii="Aptos" w:hAnsi="Aptos"/>
        </w:rPr>
        <w:t>__________</w:t>
      </w:r>
    </w:p>
    <w:p w14:paraId="25DA1C29" w14:textId="5FE27351" w:rsidR="003822A6" w:rsidRPr="00497ACB" w:rsidRDefault="00000000" w:rsidP="00497ACB">
      <w:pPr>
        <w:jc w:val="both"/>
        <w:rPr>
          <w:rFonts w:ascii="Aptos" w:hAnsi="Aptos"/>
        </w:rPr>
      </w:pPr>
      <w:proofErr w:type="spellStart"/>
      <w:r w:rsidRPr="00497ACB">
        <w:rPr>
          <w:rFonts w:ascii="Aptos" w:hAnsi="Aptos"/>
        </w:rPr>
        <w:t>telefono</w:t>
      </w:r>
      <w:proofErr w:type="spellEnd"/>
      <w:r w:rsidRPr="00497ACB">
        <w:rPr>
          <w:rFonts w:ascii="Aptos" w:hAnsi="Aptos"/>
        </w:rPr>
        <w:t xml:space="preserve"> __________________________</w:t>
      </w:r>
      <w:r w:rsidR="0006670D" w:rsidRPr="00497ACB">
        <w:rPr>
          <w:rFonts w:ascii="Aptos" w:hAnsi="Aptos"/>
        </w:rPr>
        <w:t>_____</w:t>
      </w:r>
      <w:r w:rsidRPr="00497ACB">
        <w:rPr>
          <w:rFonts w:ascii="Aptos" w:hAnsi="Aptos"/>
        </w:rPr>
        <w:t xml:space="preserve"> e-mail ______________________________</w:t>
      </w:r>
      <w:r w:rsidR="00FE5315" w:rsidRPr="00497ACB">
        <w:rPr>
          <w:rFonts w:ascii="Aptos" w:hAnsi="Aptos"/>
        </w:rPr>
        <w:t>_____</w:t>
      </w:r>
      <w:r w:rsidR="0006670D" w:rsidRPr="00497ACB">
        <w:rPr>
          <w:rFonts w:ascii="Aptos" w:hAnsi="Aptos"/>
        </w:rPr>
        <w:t>______</w:t>
      </w:r>
      <w:r w:rsidR="00497ACB">
        <w:rPr>
          <w:rFonts w:ascii="Aptos" w:hAnsi="Aptos"/>
        </w:rPr>
        <w:t>________________</w:t>
      </w:r>
    </w:p>
    <w:p w14:paraId="3B7709D7" w14:textId="0141EDFC" w:rsidR="003822A6" w:rsidRPr="00497ACB" w:rsidRDefault="00000000" w:rsidP="00497ACB">
      <w:pPr>
        <w:jc w:val="both"/>
        <w:rPr>
          <w:rFonts w:ascii="Aptos" w:hAnsi="Aptos"/>
        </w:rPr>
      </w:pPr>
      <w:r w:rsidRPr="00497ACB">
        <w:rPr>
          <w:rFonts w:ascii="Aptos" w:hAnsi="Aptos"/>
        </w:rPr>
        <w:t>PEC ______________</w:t>
      </w:r>
      <w:r w:rsidR="0006670D" w:rsidRPr="00497ACB">
        <w:rPr>
          <w:rFonts w:ascii="Aptos" w:hAnsi="Aptos"/>
        </w:rPr>
        <w:t>___________________________________________________________________</w:t>
      </w:r>
      <w:r w:rsidR="00497ACB">
        <w:rPr>
          <w:rFonts w:ascii="Aptos" w:hAnsi="Aptos"/>
        </w:rPr>
        <w:t>_________________</w:t>
      </w:r>
    </w:p>
    <w:p w14:paraId="7476507B" w14:textId="3F350E69" w:rsidR="003822A6" w:rsidRPr="00497ACB" w:rsidRDefault="00000000" w:rsidP="00497ACB">
      <w:pPr>
        <w:jc w:val="both"/>
        <w:rPr>
          <w:rFonts w:ascii="Aptos" w:hAnsi="Aptos"/>
        </w:rPr>
      </w:pPr>
      <w:proofErr w:type="spellStart"/>
      <w:r w:rsidRPr="00497ACB">
        <w:rPr>
          <w:rFonts w:ascii="Aptos" w:hAnsi="Aptos"/>
        </w:rPr>
        <w:t>iscritto</w:t>
      </w:r>
      <w:proofErr w:type="spellEnd"/>
      <w:r w:rsidRPr="00497ACB">
        <w:rPr>
          <w:rFonts w:ascii="Aptos" w:hAnsi="Aptos"/>
        </w:rPr>
        <w:t xml:space="preserve">/a </w:t>
      </w:r>
      <w:proofErr w:type="spellStart"/>
      <w:r w:rsidRPr="00497ACB">
        <w:rPr>
          <w:rFonts w:ascii="Aptos" w:hAnsi="Aptos"/>
        </w:rPr>
        <w:t>all’Albo</w:t>
      </w:r>
      <w:proofErr w:type="spellEnd"/>
      <w:r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professionale</w:t>
      </w:r>
      <w:proofErr w:type="spellEnd"/>
      <w:r w:rsidRPr="00497ACB">
        <w:rPr>
          <w:rFonts w:ascii="Aptos" w:hAnsi="Aptos"/>
        </w:rPr>
        <w:t xml:space="preserve"> di _____________________</w:t>
      </w:r>
      <w:r w:rsidR="0006670D" w:rsidRPr="00497ACB">
        <w:rPr>
          <w:rFonts w:ascii="Aptos" w:hAnsi="Aptos"/>
        </w:rPr>
        <w:t>____________</w:t>
      </w:r>
      <w:r w:rsidR="00497ACB">
        <w:rPr>
          <w:rFonts w:ascii="Aptos" w:hAnsi="Aptos"/>
        </w:rPr>
        <w:t xml:space="preserve">______ </w:t>
      </w:r>
      <w:r w:rsidR="00FE5315" w:rsidRPr="00497ACB">
        <w:rPr>
          <w:rFonts w:ascii="Aptos" w:hAnsi="Aptos"/>
        </w:rPr>
        <w:t xml:space="preserve">Sez. e </w:t>
      </w:r>
      <w:r w:rsidRPr="00497ACB">
        <w:rPr>
          <w:rFonts w:ascii="Aptos" w:hAnsi="Aptos"/>
        </w:rPr>
        <w:t xml:space="preserve">n. </w:t>
      </w:r>
      <w:proofErr w:type="spellStart"/>
      <w:r w:rsidRPr="00497ACB">
        <w:rPr>
          <w:rFonts w:ascii="Aptos" w:hAnsi="Aptos"/>
        </w:rPr>
        <w:t>iscrizione</w:t>
      </w:r>
      <w:proofErr w:type="spellEnd"/>
      <w:r w:rsidRPr="00497ACB">
        <w:rPr>
          <w:rFonts w:ascii="Aptos" w:hAnsi="Aptos"/>
        </w:rPr>
        <w:t xml:space="preserve"> _____</w:t>
      </w:r>
      <w:r w:rsidR="00FE5315" w:rsidRPr="00497ACB">
        <w:rPr>
          <w:rFonts w:ascii="Aptos" w:hAnsi="Aptos"/>
        </w:rPr>
        <w:t>_____</w:t>
      </w:r>
      <w:r w:rsidR="00497ACB">
        <w:rPr>
          <w:rFonts w:ascii="Aptos" w:hAnsi="Aptos"/>
        </w:rPr>
        <w:t>____</w:t>
      </w:r>
    </w:p>
    <w:p w14:paraId="79FA6841" w14:textId="77777777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  <w:b/>
        </w:rPr>
        <w:t xml:space="preserve">in qualità di </w:t>
      </w:r>
      <w:r w:rsidRPr="00497ACB">
        <w:rPr>
          <w:rFonts w:ascii="Aptos" w:hAnsi="Aptos"/>
        </w:rPr>
        <w:t>☐ Progettista / autore   ☐ Capogruppo / mandatario   ☐ Committente   ☐ Autore di tesi/ricerca</w:t>
      </w:r>
    </w:p>
    <w:p w14:paraId="167E8345" w14:textId="77777777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  <w:b/>
        </w:rPr>
        <w:t>PARTECIPA AL PREMIO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3822A6" w:rsidRPr="00497ACB" w14:paraId="2E8EBA90" w14:textId="77777777">
        <w:trPr>
          <w:jc w:val="center"/>
        </w:trPr>
        <w:tc>
          <w:tcPr>
            <w:tcW w:w="9972" w:type="dxa"/>
          </w:tcPr>
          <w:p w14:paraId="0E7EB913" w14:textId="77777777" w:rsidR="003822A6" w:rsidRPr="00497ACB" w:rsidRDefault="00000000" w:rsidP="00445C5D">
            <w:pPr>
              <w:jc w:val="both"/>
              <w:rPr>
                <w:rFonts w:ascii="Aptos" w:hAnsi="Aptos"/>
              </w:rPr>
            </w:pPr>
            <w:r w:rsidRPr="00497ACB">
              <w:rPr>
                <w:rFonts w:ascii="Aptos" w:hAnsi="Aptos"/>
              </w:rPr>
              <w:t>☐ SEZIONE A – Architettura e Conservazione</w:t>
            </w:r>
          </w:p>
        </w:tc>
      </w:tr>
      <w:tr w:rsidR="003822A6" w:rsidRPr="00497ACB" w14:paraId="42065AFC" w14:textId="77777777">
        <w:trPr>
          <w:jc w:val="center"/>
        </w:trPr>
        <w:tc>
          <w:tcPr>
            <w:tcW w:w="9972" w:type="dxa"/>
          </w:tcPr>
          <w:p w14:paraId="3497E3AE" w14:textId="77777777" w:rsidR="003822A6" w:rsidRPr="00497ACB" w:rsidRDefault="00000000" w:rsidP="00445C5D">
            <w:pPr>
              <w:jc w:val="both"/>
              <w:rPr>
                <w:rFonts w:ascii="Aptos" w:hAnsi="Aptos"/>
              </w:rPr>
            </w:pPr>
            <w:r w:rsidRPr="00497ACB">
              <w:rPr>
                <w:rFonts w:ascii="Aptos" w:hAnsi="Aptos"/>
              </w:rPr>
              <w:t>☐ SEZIONE B – Spazio Pubblico e Paesaggio</w:t>
            </w:r>
          </w:p>
        </w:tc>
      </w:tr>
      <w:tr w:rsidR="003822A6" w:rsidRPr="00497ACB" w14:paraId="2C21A750" w14:textId="77777777">
        <w:trPr>
          <w:jc w:val="center"/>
        </w:trPr>
        <w:tc>
          <w:tcPr>
            <w:tcW w:w="9972" w:type="dxa"/>
          </w:tcPr>
          <w:p w14:paraId="08DD480C" w14:textId="77777777" w:rsidR="003822A6" w:rsidRPr="00497ACB" w:rsidRDefault="00000000" w:rsidP="00445C5D">
            <w:pPr>
              <w:jc w:val="both"/>
              <w:rPr>
                <w:rFonts w:ascii="Aptos" w:hAnsi="Aptos"/>
              </w:rPr>
            </w:pPr>
            <w:r w:rsidRPr="00497ACB">
              <w:rPr>
                <w:rFonts w:ascii="Aptos" w:hAnsi="Aptos"/>
              </w:rPr>
              <w:t>☐ SEZIONE C – Ricerca e Università</w:t>
            </w:r>
          </w:p>
        </w:tc>
      </w:tr>
    </w:tbl>
    <w:p w14:paraId="4440815C" w14:textId="77777777" w:rsidR="003822A6" w:rsidRPr="00497ACB" w:rsidRDefault="003822A6" w:rsidP="00445C5D">
      <w:pPr>
        <w:jc w:val="both"/>
        <w:rPr>
          <w:rFonts w:ascii="Aptos" w:hAnsi="Aptos"/>
        </w:rPr>
      </w:pPr>
    </w:p>
    <w:p w14:paraId="6B570C95" w14:textId="7A222DC5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  <w:b/>
        </w:rPr>
        <w:t>DICHIARA</w:t>
      </w:r>
      <w:r w:rsidR="00FE5315" w:rsidRPr="00497ACB">
        <w:rPr>
          <w:rFonts w:ascii="Aptos" w:hAnsi="Aptos"/>
          <w:b/>
        </w:rPr>
        <w:t>:</w:t>
      </w:r>
    </w:p>
    <w:p w14:paraId="058AA146" w14:textId="0A1D8144" w:rsidR="003822A6" w:rsidRPr="00497ACB" w:rsidRDefault="00000000" w:rsidP="00445C5D">
      <w:pPr>
        <w:ind w:left="284" w:hanging="284"/>
        <w:jc w:val="both"/>
        <w:rPr>
          <w:rFonts w:ascii="Aptos" w:hAnsi="Aptos"/>
        </w:rPr>
      </w:pPr>
      <w:r w:rsidRPr="00497ACB">
        <w:rPr>
          <w:rFonts w:ascii="Aptos" w:hAnsi="Aptos"/>
        </w:rPr>
        <w:t xml:space="preserve">☐ di aver preso visione del bando del Premio Nazionale di Restauro, </w:t>
      </w:r>
      <w:proofErr w:type="spellStart"/>
      <w:r w:rsidRPr="00497ACB">
        <w:rPr>
          <w:rFonts w:ascii="Aptos" w:hAnsi="Aptos"/>
        </w:rPr>
        <w:t>Conservazione</w:t>
      </w:r>
      <w:proofErr w:type="spellEnd"/>
      <w:r w:rsidRPr="00497ACB">
        <w:rPr>
          <w:rFonts w:ascii="Aptos" w:hAnsi="Aptos"/>
        </w:rPr>
        <w:t xml:space="preserve"> e </w:t>
      </w:r>
      <w:proofErr w:type="spellStart"/>
      <w:r w:rsidRPr="00497ACB">
        <w:rPr>
          <w:rFonts w:ascii="Aptos" w:hAnsi="Aptos"/>
        </w:rPr>
        <w:t>Valorizzazione</w:t>
      </w:r>
      <w:proofErr w:type="spellEnd"/>
      <w:r w:rsidRPr="00497ACB">
        <w:rPr>
          <w:rFonts w:ascii="Aptos" w:hAnsi="Aptos"/>
        </w:rPr>
        <w:t xml:space="preserve"> “Via </w:t>
      </w:r>
      <w:r w:rsidR="00AF218C" w:rsidRPr="00497ACB">
        <w:rPr>
          <w:rFonts w:ascii="Aptos" w:hAnsi="Aptos"/>
        </w:rPr>
        <w:t xml:space="preserve">   </w:t>
      </w:r>
      <w:r w:rsidRPr="00497ACB">
        <w:rPr>
          <w:rFonts w:ascii="Aptos" w:hAnsi="Aptos"/>
        </w:rPr>
        <w:t xml:space="preserve">Appia Regina </w:t>
      </w:r>
      <w:proofErr w:type="spellStart"/>
      <w:r w:rsidRPr="00497ACB">
        <w:rPr>
          <w:rFonts w:ascii="Aptos" w:hAnsi="Aptos"/>
        </w:rPr>
        <w:t>Viarum</w:t>
      </w:r>
      <w:proofErr w:type="spellEnd"/>
      <w:r w:rsidRPr="00497ACB">
        <w:rPr>
          <w:rFonts w:ascii="Aptos" w:hAnsi="Aptos"/>
        </w:rPr>
        <w:t xml:space="preserve">” – I </w:t>
      </w:r>
      <w:proofErr w:type="spellStart"/>
      <w:r w:rsidRPr="00497ACB">
        <w:rPr>
          <w:rFonts w:ascii="Aptos" w:hAnsi="Aptos"/>
        </w:rPr>
        <w:t>Edizione</w:t>
      </w:r>
      <w:proofErr w:type="spellEnd"/>
      <w:r w:rsidRPr="00497ACB">
        <w:rPr>
          <w:rFonts w:ascii="Aptos" w:hAnsi="Aptos"/>
        </w:rPr>
        <w:t xml:space="preserve"> 2026 e di accettarne </w:t>
      </w:r>
      <w:proofErr w:type="spellStart"/>
      <w:r w:rsidRPr="00497ACB">
        <w:rPr>
          <w:rFonts w:ascii="Aptos" w:hAnsi="Aptos"/>
        </w:rPr>
        <w:t>integralmente</w:t>
      </w:r>
      <w:proofErr w:type="spellEnd"/>
      <w:r w:rsidRPr="00497ACB">
        <w:rPr>
          <w:rFonts w:ascii="Aptos" w:hAnsi="Aptos"/>
        </w:rPr>
        <w:t xml:space="preserve"> tutte le </w:t>
      </w:r>
      <w:proofErr w:type="spellStart"/>
      <w:r w:rsidRPr="00497ACB">
        <w:rPr>
          <w:rFonts w:ascii="Aptos" w:hAnsi="Aptos"/>
        </w:rPr>
        <w:t>disposizioni</w:t>
      </w:r>
      <w:proofErr w:type="spellEnd"/>
      <w:r w:rsidRPr="00497ACB">
        <w:rPr>
          <w:rFonts w:ascii="Aptos" w:hAnsi="Aptos"/>
        </w:rPr>
        <w:t>;</w:t>
      </w:r>
    </w:p>
    <w:p w14:paraId="3259B8B2" w14:textId="77777777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</w:rPr>
        <w:t>☐ di possedere i requisiti di partecipazione e di ammissibilità previsti dal bando per la sezione prescelta;</w:t>
      </w:r>
    </w:p>
    <w:p w14:paraId="370F5C55" w14:textId="77777777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</w:rPr>
        <w:t>☐ che l’intervento / la tesi / la ricerca presentata rispetta i limiti territoriali e temporali previsti dal bando;</w:t>
      </w:r>
    </w:p>
    <w:p w14:paraId="6355F049" w14:textId="77777777" w:rsidR="003822A6" w:rsidRPr="00497ACB" w:rsidRDefault="00000000" w:rsidP="00445C5D">
      <w:pPr>
        <w:jc w:val="both"/>
        <w:rPr>
          <w:rFonts w:ascii="Aptos" w:hAnsi="Aptos"/>
        </w:rPr>
      </w:pPr>
      <w:r w:rsidRPr="00497ACB">
        <w:rPr>
          <w:rFonts w:ascii="Aptos" w:hAnsi="Aptos"/>
        </w:rPr>
        <w:lastRenderedPageBreak/>
        <w:t>☐ di non trovarsi in alcuna delle condizioni di incompatibilità previste dall’art. 4.3 del bando;</w:t>
      </w:r>
    </w:p>
    <w:p w14:paraId="72EFFE54" w14:textId="77777777" w:rsidR="003822A6" w:rsidRPr="00497ACB" w:rsidRDefault="00000000" w:rsidP="00445C5D">
      <w:pPr>
        <w:ind w:left="284" w:hanging="284"/>
        <w:jc w:val="both"/>
        <w:rPr>
          <w:rFonts w:ascii="Aptos" w:hAnsi="Aptos"/>
        </w:rPr>
      </w:pPr>
      <w:r w:rsidRPr="00497ACB">
        <w:rPr>
          <w:rFonts w:ascii="Aptos" w:hAnsi="Aptos"/>
        </w:rPr>
        <w:t xml:space="preserve">☐ di essere titolare dei diritti d’autore relativi ai materiali e agli elaborati presentati, ovvero di </w:t>
      </w:r>
      <w:proofErr w:type="spellStart"/>
      <w:r w:rsidRPr="00497ACB">
        <w:rPr>
          <w:rFonts w:ascii="Aptos" w:hAnsi="Aptos"/>
        </w:rPr>
        <w:t>essere</w:t>
      </w:r>
      <w:proofErr w:type="spellEnd"/>
      <w:r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stato</w:t>
      </w:r>
      <w:proofErr w:type="spellEnd"/>
      <w:r w:rsidRPr="00497ACB">
        <w:rPr>
          <w:rFonts w:ascii="Aptos" w:hAnsi="Aptos"/>
        </w:rPr>
        <w:t xml:space="preserve">/a </w:t>
      </w:r>
      <w:proofErr w:type="spellStart"/>
      <w:r w:rsidRPr="00497ACB">
        <w:rPr>
          <w:rFonts w:ascii="Aptos" w:hAnsi="Aptos"/>
        </w:rPr>
        <w:t>autorizzato</w:t>
      </w:r>
      <w:proofErr w:type="spellEnd"/>
      <w:r w:rsidRPr="00497ACB">
        <w:rPr>
          <w:rFonts w:ascii="Aptos" w:hAnsi="Aptos"/>
        </w:rPr>
        <w:t xml:space="preserve">/a dal </w:t>
      </w:r>
      <w:proofErr w:type="spellStart"/>
      <w:r w:rsidRPr="00497ACB">
        <w:rPr>
          <w:rFonts w:ascii="Aptos" w:hAnsi="Aptos"/>
        </w:rPr>
        <w:t>relativo</w:t>
      </w:r>
      <w:proofErr w:type="spellEnd"/>
      <w:r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titolare</w:t>
      </w:r>
      <w:proofErr w:type="spellEnd"/>
      <w:r w:rsidRPr="00497ACB">
        <w:rPr>
          <w:rFonts w:ascii="Aptos" w:hAnsi="Aptos"/>
        </w:rPr>
        <w:t>;</w:t>
      </w:r>
    </w:p>
    <w:p w14:paraId="7BFCC63C" w14:textId="77777777" w:rsidR="003822A6" w:rsidRPr="00497ACB" w:rsidRDefault="00000000" w:rsidP="00445C5D">
      <w:pPr>
        <w:ind w:left="284" w:hanging="284"/>
        <w:jc w:val="both"/>
        <w:rPr>
          <w:rFonts w:ascii="Aptos" w:hAnsi="Aptos"/>
        </w:rPr>
      </w:pPr>
      <w:r w:rsidRPr="00497ACB">
        <w:rPr>
          <w:rFonts w:ascii="Aptos" w:hAnsi="Aptos"/>
        </w:rPr>
        <w:t>☐ di assumere piena responsabilità in merito ai contenuti della candidatura e di manlevare gli organizzatori da eventuali pretese di terzi;</w:t>
      </w:r>
    </w:p>
    <w:p w14:paraId="2B4DF764" w14:textId="77777777" w:rsidR="003822A6" w:rsidRPr="00497ACB" w:rsidRDefault="00000000" w:rsidP="00445C5D">
      <w:pPr>
        <w:ind w:left="284" w:hanging="284"/>
        <w:jc w:val="both"/>
        <w:rPr>
          <w:rFonts w:ascii="Aptos" w:hAnsi="Aptos"/>
        </w:rPr>
      </w:pPr>
      <w:r w:rsidRPr="00497ACB">
        <w:rPr>
          <w:rFonts w:ascii="Aptos" w:hAnsi="Aptos"/>
        </w:rPr>
        <w:t>☐ di autorizzare gli Enti promotori, a titolo gratuito e senza limiti di tempo, a riprodurre, pubblicare e diffondere la documentazione fotografica e gli elaborati esclusivamente per finalità istituzionali, culturali, scientifiche, editoriali e divulgative connesse al Premio, con indicazione dell’autore delle fotografie ove diverso dal candidato;</w:t>
      </w:r>
    </w:p>
    <w:p w14:paraId="69187A16" w14:textId="77777777" w:rsidR="003822A6" w:rsidRPr="00497ACB" w:rsidRDefault="00000000" w:rsidP="00445C5D">
      <w:pPr>
        <w:ind w:left="284" w:hanging="284"/>
        <w:jc w:val="both"/>
        <w:rPr>
          <w:rFonts w:ascii="Aptos" w:hAnsi="Aptos"/>
        </w:rPr>
      </w:pPr>
      <w:r w:rsidRPr="00497ACB">
        <w:rPr>
          <w:rFonts w:ascii="Aptos" w:hAnsi="Aptos"/>
        </w:rPr>
        <w:t>☐ di autorizzare il trattamento dei dati personali ai sensi del Regolamento (UE) 2016/679 (GDPR) e della normativa nazionale vigente, per le finalità connesse alla gestione, organizzazione e svolgimento del Premio.</w:t>
      </w:r>
    </w:p>
    <w:p w14:paraId="22A40B27" w14:textId="77777777" w:rsidR="00AF218C" w:rsidRPr="00497ACB" w:rsidRDefault="00AF218C">
      <w:pPr>
        <w:rPr>
          <w:rFonts w:ascii="Aptos" w:hAnsi="Aptos"/>
          <w:b/>
        </w:rPr>
      </w:pPr>
    </w:p>
    <w:p w14:paraId="6B10981F" w14:textId="2020BA9E" w:rsidR="003822A6" w:rsidRPr="00497ACB" w:rsidRDefault="00000000">
      <w:pPr>
        <w:rPr>
          <w:rFonts w:ascii="Aptos" w:hAnsi="Aptos"/>
          <w:sz w:val="18"/>
          <w:szCs w:val="18"/>
        </w:rPr>
      </w:pPr>
      <w:r w:rsidRPr="00497ACB">
        <w:rPr>
          <w:rFonts w:ascii="Aptos" w:hAnsi="Aptos"/>
          <w:b/>
          <w:sz w:val="18"/>
          <w:szCs w:val="18"/>
        </w:rPr>
        <w:t>DOCUMENTAZIONE ALLEGATA</w:t>
      </w:r>
    </w:p>
    <w:p w14:paraId="76A8E04F" w14:textId="67A38D17" w:rsidR="003822A6" w:rsidRPr="00497ACB" w:rsidRDefault="00000000" w:rsidP="00E760F7">
      <w:pPr>
        <w:spacing w:after="120"/>
        <w:rPr>
          <w:rFonts w:ascii="Aptos" w:hAnsi="Aptos"/>
        </w:rPr>
      </w:pPr>
      <w:r w:rsidRPr="00497ACB">
        <w:rPr>
          <w:rFonts w:ascii="Aptos" w:hAnsi="Aptos"/>
        </w:rPr>
        <w:t>☐ Tavola di progetto in formato A0 verticale (PDF e JPG)</w:t>
      </w:r>
      <w:r w:rsidR="00FE5315" w:rsidRPr="00497ACB">
        <w:rPr>
          <w:rFonts w:ascii="Aptos" w:hAnsi="Aptos"/>
        </w:rPr>
        <w:t>;</w:t>
      </w:r>
    </w:p>
    <w:p w14:paraId="47B22B10" w14:textId="1DDB977F" w:rsidR="003822A6" w:rsidRPr="00497ACB" w:rsidRDefault="00000000" w:rsidP="00E760F7">
      <w:pPr>
        <w:spacing w:after="120"/>
        <w:rPr>
          <w:rFonts w:ascii="Aptos" w:hAnsi="Aptos"/>
        </w:rPr>
      </w:pPr>
      <w:r w:rsidRPr="00497ACB">
        <w:rPr>
          <w:rFonts w:ascii="Aptos" w:hAnsi="Aptos"/>
        </w:rPr>
        <w:t xml:space="preserve">☐ </w:t>
      </w:r>
      <w:proofErr w:type="spellStart"/>
      <w:r w:rsidRPr="00497ACB">
        <w:rPr>
          <w:rFonts w:ascii="Aptos" w:hAnsi="Aptos"/>
        </w:rPr>
        <w:t>Relazione</w:t>
      </w:r>
      <w:proofErr w:type="spellEnd"/>
      <w:r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illustrativa</w:t>
      </w:r>
      <w:proofErr w:type="spellEnd"/>
      <w:r w:rsidRPr="00497ACB">
        <w:rPr>
          <w:rFonts w:ascii="Aptos" w:hAnsi="Aptos"/>
        </w:rPr>
        <w:t xml:space="preserve"> (PDF)</w:t>
      </w:r>
      <w:r w:rsidR="00FE5315" w:rsidRPr="00497ACB">
        <w:rPr>
          <w:rFonts w:ascii="Aptos" w:hAnsi="Aptos"/>
        </w:rPr>
        <w:t>;</w:t>
      </w:r>
    </w:p>
    <w:p w14:paraId="192AE21A" w14:textId="12A77BEC" w:rsidR="003822A6" w:rsidRPr="00497ACB" w:rsidRDefault="00000000" w:rsidP="00E760F7">
      <w:pPr>
        <w:spacing w:after="120"/>
        <w:rPr>
          <w:rFonts w:ascii="Aptos" w:hAnsi="Aptos"/>
        </w:rPr>
      </w:pPr>
      <w:r w:rsidRPr="00497ACB">
        <w:rPr>
          <w:rFonts w:ascii="Aptos" w:hAnsi="Aptos"/>
        </w:rPr>
        <w:t>☐ Scheda di sintesi dell’intervento (PDF)</w:t>
      </w:r>
      <w:r w:rsidR="00FE5315" w:rsidRPr="00497ACB">
        <w:rPr>
          <w:rFonts w:ascii="Aptos" w:hAnsi="Aptos"/>
        </w:rPr>
        <w:t>;</w:t>
      </w:r>
    </w:p>
    <w:p w14:paraId="1D30B865" w14:textId="6B435F2F" w:rsidR="003822A6" w:rsidRPr="00497ACB" w:rsidRDefault="00000000" w:rsidP="00E760F7">
      <w:pPr>
        <w:spacing w:after="120"/>
        <w:rPr>
          <w:rFonts w:ascii="Aptos" w:hAnsi="Aptos"/>
        </w:rPr>
      </w:pPr>
      <w:r w:rsidRPr="00497ACB">
        <w:rPr>
          <w:rFonts w:ascii="Aptos" w:hAnsi="Aptos"/>
        </w:rPr>
        <w:t>☐ Documentazione fotografica ante operam / post operam (PDF)</w:t>
      </w:r>
      <w:r w:rsidR="00FE5315" w:rsidRPr="00497ACB">
        <w:rPr>
          <w:rFonts w:ascii="Aptos" w:hAnsi="Aptos"/>
        </w:rPr>
        <w:t>;</w:t>
      </w:r>
    </w:p>
    <w:p w14:paraId="711EAFF6" w14:textId="353C7438" w:rsidR="003822A6" w:rsidRPr="00497ACB" w:rsidRDefault="00000000" w:rsidP="00E760F7">
      <w:pPr>
        <w:spacing w:after="120"/>
        <w:rPr>
          <w:rFonts w:ascii="Aptos" w:hAnsi="Aptos"/>
        </w:rPr>
      </w:pPr>
      <w:r w:rsidRPr="00497ACB">
        <w:rPr>
          <w:rFonts w:ascii="Aptos" w:hAnsi="Aptos"/>
        </w:rPr>
        <w:t xml:space="preserve">☐ Copia del </w:t>
      </w:r>
      <w:proofErr w:type="spellStart"/>
      <w:r w:rsidRPr="00497ACB">
        <w:rPr>
          <w:rFonts w:ascii="Aptos" w:hAnsi="Aptos"/>
        </w:rPr>
        <w:t>documento</w:t>
      </w:r>
      <w:proofErr w:type="spellEnd"/>
      <w:r w:rsidRPr="00497ACB">
        <w:rPr>
          <w:rFonts w:ascii="Aptos" w:hAnsi="Aptos"/>
        </w:rPr>
        <w:t xml:space="preserve"> di </w:t>
      </w:r>
      <w:proofErr w:type="spellStart"/>
      <w:r w:rsidRPr="00497ACB">
        <w:rPr>
          <w:rFonts w:ascii="Aptos" w:hAnsi="Aptos"/>
        </w:rPr>
        <w:t>identità</w:t>
      </w:r>
      <w:proofErr w:type="spellEnd"/>
      <w:r w:rsidRPr="00497ACB">
        <w:rPr>
          <w:rFonts w:ascii="Aptos" w:hAnsi="Aptos"/>
        </w:rPr>
        <w:t xml:space="preserve"> del </w:t>
      </w:r>
      <w:proofErr w:type="spellStart"/>
      <w:r w:rsidRPr="00497ACB">
        <w:rPr>
          <w:rFonts w:ascii="Aptos" w:hAnsi="Aptos"/>
        </w:rPr>
        <w:t>sottoscrittore</w:t>
      </w:r>
      <w:proofErr w:type="spellEnd"/>
      <w:r w:rsidR="00FE5315" w:rsidRPr="00497ACB">
        <w:rPr>
          <w:rFonts w:ascii="Aptos" w:hAnsi="Aptos"/>
        </w:rPr>
        <w:t>;</w:t>
      </w:r>
    </w:p>
    <w:p w14:paraId="41517630" w14:textId="4EA61D49" w:rsidR="003822A6" w:rsidRPr="00497ACB" w:rsidRDefault="00000000" w:rsidP="00E760F7">
      <w:pPr>
        <w:spacing w:after="120"/>
        <w:rPr>
          <w:rFonts w:ascii="Aptos" w:hAnsi="Aptos"/>
        </w:rPr>
      </w:pPr>
      <w:r w:rsidRPr="00497ACB">
        <w:rPr>
          <w:rFonts w:ascii="Aptos" w:hAnsi="Aptos"/>
        </w:rPr>
        <w:t xml:space="preserve">☐ </w:t>
      </w:r>
      <w:proofErr w:type="spellStart"/>
      <w:r w:rsidRPr="00497ACB">
        <w:rPr>
          <w:rFonts w:ascii="Aptos" w:hAnsi="Aptos"/>
        </w:rPr>
        <w:t>Ulteriori</w:t>
      </w:r>
      <w:proofErr w:type="spellEnd"/>
      <w:r w:rsidRPr="00497ACB">
        <w:rPr>
          <w:rFonts w:ascii="Aptos" w:hAnsi="Aptos"/>
        </w:rPr>
        <w:t xml:space="preserve"> </w:t>
      </w:r>
      <w:proofErr w:type="spellStart"/>
      <w:r w:rsidRPr="00497ACB">
        <w:rPr>
          <w:rFonts w:ascii="Aptos" w:hAnsi="Aptos"/>
        </w:rPr>
        <w:t>dichiarazioni</w:t>
      </w:r>
      <w:proofErr w:type="spellEnd"/>
      <w:r w:rsidRPr="00497ACB">
        <w:rPr>
          <w:rFonts w:ascii="Aptos" w:hAnsi="Aptos"/>
        </w:rPr>
        <w:t xml:space="preserve"> / </w:t>
      </w:r>
      <w:proofErr w:type="spellStart"/>
      <w:r w:rsidRPr="00497ACB">
        <w:rPr>
          <w:rFonts w:ascii="Aptos" w:hAnsi="Aptos"/>
        </w:rPr>
        <w:t>documenti</w:t>
      </w:r>
      <w:proofErr w:type="spellEnd"/>
      <w:r w:rsidRPr="00497ACB">
        <w:rPr>
          <w:rFonts w:ascii="Aptos" w:hAnsi="Aptos"/>
        </w:rPr>
        <w:t xml:space="preserve">: </w:t>
      </w:r>
      <w:r w:rsidR="00445C5D" w:rsidRPr="00497ACB">
        <w:rPr>
          <w:rFonts w:ascii="Aptos" w:hAnsi="Aptos"/>
        </w:rPr>
        <w:t>_____________________________________________________</w:t>
      </w:r>
    </w:p>
    <w:p w14:paraId="56775D9B" w14:textId="77777777" w:rsidR="00445C5D" w:rsidRPr="00497ACB" w:rsidRDefault="00445C5D">
      <w:pPr>
        <w:rPr>
          <w:rFonts w:ascii="Aptos" w:hAnsi="Aptos"/>
          <w:b/>
        </w:rPr>
      </w:pPr>
    </w:p>
    <w:p w14:paraId="6D2FF929" w14:textId="2E7B97B2" w:rsidR="003822A6" w:rsidRPr="00497ACB" w:rsidRDefault="00000000">
      <w:pPr>
        <w:rPr>
          <w:rFonts w:ascii="Aptos" w:hAnsi="Aptos"/>
          <w:sz w:val="18"/>
          <w:szCs w:val="18"/>
        </w:rPr>
      </w:pPr>
      <w:r w:rsidRPr="00497ACB">
        <w:rPr>
          <w:rFonts w:ascii="Aptos" w:hAnsi="Aptos"/>
          <w:b/>
          <w:sz w:val="18"/>
          <w:szCs w:val="18"/>
        </w:rPr>
        <w:t>LUOGO E DATA</w:t>
      </w:r>
    </w:p>
    <w:p w14:paraId="56CAE821" w14:textId="77777777" w:rsidR="00FE5315" w:rsidRPr="00497ACB" w:rsidRDefault="00000000">
      <w:pPr>
        <w:rPr>
          <w:rFonts w:ascii="Aptos" w:hAnsi="Aptos"/>
        </w:rPr>
      </w:pPr>
      <w:r w:rsidRPr="00497ACB">
        <w:rPr>
          <w:rFonts w:ascii="Aptos" w:hAnsi="Aptos"/>
        </w:rPr>
        <w:t>_____________, ____/____/________</w:t>
      </w:r>
      <w:r w:rsidR="00FE5315" w:rsidRPr="00497ACB">
        <w:rPr>
          <w:rFonts w:ascii="Aptos" w:hAnsi="Aptos"/>
        </w:rPr>
        <w:t xml:space="preserve">                   </w:t>
      </w:r>
    </w:p>
    <w:p w14:paraId="30F4D197" w14:textId="32C2D8AD" w:rsidR="003822A6" w:rsidRPr="00497ACB" w:rsidRDefault="00FE5315">
      <w:pPr>
        <w:rPr>
          <w:rFonts w:ascii="Aptos" w:hAnsi="Aptos"/>
          <w:sz w:val="18"/>
          <w:szCs w:val="18"/>
        </w:rPr>
      </w:pPr>
      <w:r w:rsidRPr="00497ACB">
        <w:rPr>
          <w:rFonts w:ascii="Aptos" w:hAnsi="Aptos"/>
        </w:rPr>
        <w:t xml:space="preserve">                                                                                           </w:t>
      </w:r>
      <w:r w:rsidR="00445C5D" w:rsidRPr="00497ACB">
        <w:rPr>
          <w:rFonts w:ascii="Aptos" w:hAnsi="Aptos"/>
        </w:rPr>
        <w:t xml:space="preserve">  </w:t>
      </w:r>
      <w:r w:rsidR="00497ACB">
        <w:rPr>
          <w:rFonts w:ascii="Aptos" w:hAnsi="Aptos"/>
        </w:rPr>
        <w:tab/>
      </w:r>
      <w:r w:rsidR="00497ACB">
        <w:rPr>
          <w:rFonts w:ascii="Aptos" w:hAnsi="Aptos"/>
        </w:rPr>
        <w:tab/>
      </w:r>
      <w:r w:rsidR="00497ACB">
        <w:rPr>
          <w:rFonts w:ascii="Aptos" w:hAnsi="Aptos"/>
        </w:rPr>
        <w:tab/>
      </w:r>
      <w:r w:rsidR="00E42390" w:rsidRPr="00497ACB">
        <w:rPr>
          <w:rFonts w:ascii="Aptos" w:hAnsi="Aptos"/>
        </w:rPr>
        <w:t xml:space="preserve"> </w:t>
      </w:r>
      <w:r w:rsidRPr="00497ACB">
        <w:rPr>
          <w:rFonts w:ascii="Aptos" w:hAnsi="Aptos"/>
        </w:rPr>
        <w:t xml:space="preserve"> </w:t>
      </w:r>
      <w:r w:rsidRPr="00497ACB">
        <w:rPr>
          <w:rFonts w:ascii="Aptos" w:hAnsi="Aptos"/>
          <w:b/>
          <w:sz w:val="18"/>
          <w:szCs w:val="18"/>
        </w:rPr>
        <w:t>FIRMA DEL CANDIDATO / CAPOGRUPPO</w:t>
      </w:r>
    </w:p>
    <w:p w14:paraId="427860E3" w14:textId="77777777" w:rsidR="00F50B69" w:rsidRDefault="00000000" w:rsidP="00F50B69">
      <w:pPr>
        <w:rPr>
          <w:rFonts w:ascii="Aptos" w:hAnsi="Aptos"/>
        </w:rPr>
      </w:pPr>
      <w:r w:rsidRPr="00497ACB">
        <w:rPr>
          <w:rFonts w:ascii="Aptos" w:hAnsi="Aptos"/>
        </w:rPr>
        <w:br/>
      </w:r>
      <w:r w:rsidR="00FE5315" w:rsidRPr="00497ACB">
        <w:rPr>
          <w:rFonts w:ascii="Aptos" w:hAnsi="Aptos"/>
        </w:rPr>
        <w:t xml:space="preserve"> </w:t>
      </w:r>
    </w:p>
    <w:p w14:paraId="64599CA9" w14:textId="610CC898" w:rsidR="00497ACB" w:rsidRPr="00F50B69" w:rsidRDefault="00FE5315" w:rsidP="00F50B69">
      <w:pPr>
        <w:rPr>
          <w:rFonts w:ascii="Aptos" w:hAnsi="Aptos"/>
        </w:rPr>
      </w:pPr>
      <w:r w:rsidRPr="00497ACB">
        <w:rPr>
          <w:rFonts w:ascii="Aptos" w:hAnsi="Aptos"/>
        </w:rPr>
        <w:t xml:space="preserve">                                                                                         </w:t>
      </w:r>
      <w:r w:rsidR="00497ACB">
        <w:rPr>
          <w:rFonts w:ascii="Aptos" w:hAnsi="Aptos"/>
        </w:rPr>
        <w:tab/>
      </w:r>
      <w:r w:rsidR="00497ACB">
        <w:rPr>
          <w:rFonts w:ascii="Aptos" w:hAnsi="Aptos"/>
        </w:rPr>
        <w:tab/>
      </w:r>
      <w:r w:rsidR="00497ACB">
        <w:rPr>
          <w:rFonts w:ascii="Aptos" w:hAnsi="Aptos"/>
        </w:rPr>
        <w:tab/>
      </w:r>
      <w:r w:rsidRPr="00497ACB">
        <w:rPr>
          <w:rFonts w:ascii="Aptos" w:hAnsi="Aptos"/>
        </w:rPr>
        <w:t xml:space="preserve"> ____________________________________</w:t>
      </w:r>
    </w:p>
    <w:p w14:paraId="035E4FAB" w14:textId="00A1FA52" w:rsidR="003822A6" w:rsidRPr="00F50B69" w:rsidRDefault="00000000" w:rsidP="00F50B69">
      <w:pPr>
        <w:jc w:val="both"/>
        <w:rPr>
          <w:rFonts w:ascii="Aptos" w:hAnsi="Aptos"/>
          <w:sz w:val="18"/>
          <w:szCs w:val="18"/>
        </w:rPr>
      </w:pPr>
      <w:proofErr w:type="spellStart"/>
      <w:r w:rsidRPr="00497ACB">
        <w:rPr>
          <w:rFonts w:ascii="Aptos" w:hAnsi="Aptos"/>
          <w:b/>
          <w:sz w:val="18"/>
          <w:szCs w:val="18"/>
        </w:rPr>
        <w:t>Nota</w:t>
      </w:r>
      <w:proofErr w:type="spellEnd"/>
      <w:r w:rsidRPr="00497ACB">
        <w:rPr>
          <w:rFonts w:ascii="Aptos" w:hAnsi="Aptos"/>
          <w:b/>
          <w:sz w:val="18"/>
          <w:szCs w:val="18"/>
        </w:rPr>
        <w:t xml:space="preserve">: </w:t>
      </w:r>
      <w:r w:rsidRPr="00497ACB">
        <w:rPr>
          <w:rFonts w:ascii="Aptos" w:hAnsi="Aptos"/>
          <w:sz w:val="18"/>
          <w:szCs w:val="18"/>
        </w:rPr>
        <w:t xml:space="preserve">La </w:t>
      </w:r>
      <w:proofErr w:type="spellStart"/>
      <w:r w:rsidRPr="00497ACB">
        <w:rPr>
          <w:rFonts w:ascii="Aptos" w:hAnsi="Aptos"/>
          <w:sz w:val="18"/>
          <w:szCs w:val="18"/>
        </w:rPr>
        <w:t>domanda</w:t>
      </w:r>
      <w:proofErr w:type="spellEnd"/>
      <w:r w:rsidRPr="00497ACB">
        <w:rPr>
          <w:rFonts w:ascii="Aptos" w:hAnsi="Aptos"/>
          <w:sz w:val="18"/>
          <w:szCs w:val="18"/>
        </w:rPr>
        <w:t xml:space="preserve"> </w:t>
      </w:r>
      <w:proofErr w:type="spellStart"/>
      <w:r w:rsidRPr="00497ACB">
        <w:rPr>
          <w:rFonts w:ascii="Aptos" w:hAnsi="Aptos"/>
          <w:sz w:val="18"/>
          <w:szCs w:val="18"/>
        </w:rPr>
        <w:t>deve</w:t>
      </w:r>
      <w:proofErr w:type="spellEnd"/>
      <w:r w:rsidRPr="00497ACB">
        <w:rPr>
          <w:rFonts w:ascii="Aptos" w:hAnsi="Aptos"/>
          <w:sz w:val="18"/>
          <w:szCs w:val="18"/>
        </w:rPr>
        <w:t xml:space="preserve"> </w:t>
      </w:r>
      <w:proofErr w:type="spellStart"/>
      <w:r w:rsidRPr="00497ACB">
        <w:rPr>
          <w:rFonts w:ascii="Aptos" w:hAnsi="Aptos"/>
          <w:sz w:val="18"/>
          <w:szCs w:val="18"/>
        </w:rPr>
        <w:t>essere</w:t>
      </w:r>
      <w:proofErr w:type="spellEnd"/>
      <w:r w:rsidRPr="00497ACB">
        <w:rPr>
          <w:rFonts w:ascii="Aptos" w:hAnsi="Aptos"/>
          <w:sz w:val="18"/>
          <w:szCs w:val="18"/>
        </w:rPr>
        <w:t xml:space="preserve"> </w:t>
      </w:r>
      <w:proofErr w:type="spellStart"/>
      <w:r w:rsidRPr="00497ACB">
        <w:rPr>
          <w:rFonts w:ascii="Aptos" w:hAnsi="Aptos"/>
          <w:sz w:val="18"/>
          <w:szCs w:val="18"/>
        </w:rPr>
        <w:t>sottoscritta</w:t>
      </w:r>
      <w:proofErr w:type="spellEnd"/>
      <w:r w:rsidRPr="00497ACB">
        <w:rPr>
          <w:rFonts w:ascii="Aptos" w:hAnsi="Aptos"/>
          <w:sz w:val="18"/>
          <w:szCs w:val="18"/>
        </w:rPr>
        <w:t xml:space="preserve"> dal </w:t>
      </w:r>
      <w:proofErr w:type="spellStart"/>
      <w:r w:rsidRPr="00497ACB">
        <w:rPr>
          <w:rFonts w:ascii="Aptos" w:hAnsi="Aptos"/>
          <w:sz w:val="18"/>
          <w:szCs w:val="18"/>
        </w:rPr>
        <w:t>candidato</w:t>
      </w:r>
      <w:proofErr w:type="spellEnd"/>
      <w:r w:rsidRPr="00497ACB">
        <w:rPr>
          <w:rFonts w:ascii="Aptos" w:hAnsi="Aptos"/>
          <w:sz w:val="18"/>
          <w:szCs w:val="18"/>
        </w:rPr>
        <w:t xml:space="preserve"> o, nel caso di partecipazione in forma associata, dal capogruppo. La firma può essere digitale oppure autografa; in quest’ultimo caso deve essere allegata copia di un documento di identità in corso di validità del sottoscrittore.</w:t>
      </w:r>
    </w:p>
    <w:sectPr w:rsidR="003822A6" w:rsidRPr="00F50B69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2FDA" w14:textId="77777777" w:rsidR="00786444" w:rsidRDefault="00786444" w:rsidP="007559CA">
      <w:pPr>
        <w:spacing w:after="0" w:line="240" w:lineRule="auto"/>
      </w:pPr>
      <w:r>
        <w:separator/>
      </w:r>
    </w:p>
  </w:endnote>
  <w:endnote w:type="continuationSeparator" w:id="0">
    <w:p w14:paraId="7C887DE5" w14:textId="77777777" w:rsidR="00786444" w:rsidRDefault="00786444" w:rsidP="0075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2355948"/>
      <w:docPartObj>
        <w:docPartGallery w:val="Page Numbers (Bottom of Page)"/>
        <w:docPartUnique/>
      </w:docPartObj>
    </w:sdtPr>
    <w:sdtContent>
      <w:p w14:paraId="004D86B4" w14:textId="44B67BE0" w:rsidR="0006670D" w:rsidRPr="0006670D" w:rsidRDefault="0006670D" w:rsidP="0006670D">
        <w:pPr>
          <w:tabs>
            <w:tab w:val="left" w:pos="3907"/>
            <w:tab w:val="center" w:pos="4816"/>
            <w:tab w:val="left" w:pos="5685"/>
            <w:tab w:val="right" w:pos="9632"/>
          </w:tabs>
          <w:spacing w:before="100" w:after="100"/>
          <w:outlineLvl w:val="0"/>
          <w:rPr>
            <w:color w:val="800000"/>
            <w:sz w:val="18"/>
            <w:szCs w:val="18"/>
          </w:rPr>
        </w:pPr>
        <w:r w:rsidRPr="001C0720">
          <w:rPr>
            <w:noProof/>
            <w:color w:val="800000"/>
            <w:sz w:val="18"/>
            <w:szCs w:val="18"/>
          </w:rPr>
          <w:t xml:space="preserve">Premio Nazionale </w:t>
        </w:r>
        <w:r>
          <w:rPr>
            <w:noProof/>
            <w:color w:val="800000"/>
            <w:sz w:val="18"/>
            <w:szCs w:val="18"/>
          </w:rPr>
          <w:t>“</w:t>
        </w:r>
        <w:r w:rsidRPr="001C0720">
          <w:rPr>
            <w:noProof/>
            <w:color w:val="800000"/>
            <w:sz w:val="18"/>
            <w:szCs w:val="18"/>
          </w:rPr>
          <w:t>Via Appia Regina Viarium</w:t>
        </w:r>
        <w:r>
          <w:rPr>
            <w:noProof/>
            <w:color w:val="800000"/>
            <w:sz w:val="18"/>
            <w:szCs w:val="18"/>
          </w:rPr>
          <w:t>”</w:t>
        </w:r>
        <w:r w:rsidRPr="001C0720">
          <w:rPr>
            <w:b/>
            <w:bCs/>
            <w:noProof/>
            <w:color w:val="800000"/>
            <w:sz w:val="18"/>
            <w:szCs w:val="18"/>
          </w:rPr>
          <w:t xml:space="preserve"> |</w:t>
        </w:r>
        <w:r w:rsidRPr="001C0720">
          <w:rPr>
            <w:noProof/>
            <w:color w:val="800000"/>
            <w:sz w:val="18"/>
            <w:szCs w:val="18"/>
          </w:rPr>
          <w:t xml:space="preserve"> </w:t>
        </w:r>
        <w:r>
          <w:rPr>
            <w:b/>
            <w:bCs/>
            <w:noProof/>
            <w:color w:val="800000"/>
            <w:sz w:val="18"/>
            <w:szCs w:val="18"/>
          </w:rPr>
          <w:t xml:space="preserve">DOMANDA DI PARTECIPAZIONE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BFD58D2" w14:textId="77777777" w:rsidR="0006670D" w:rsidRDefault="000667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CE2FC" w14:textId="77777777" w:rsidR="00786444" w:rsidRDefault="00786444" w:rsidP="007559CA">
      <w:pPr>
        <w:spacing w:after="0" w:line="240" w:lineRule="auto"/>
      </w:pPr>
      <w:r>
        <w:separator/>
      </w:r>
    </w:p>
  </w:footnote>
  <w:footnote w:type="continuationSeparator" w:id="0">
    <w:p w14:paraId="2AAEB3C4" w14:textId="77777777" w:rsidR="00786444" w:rsidRDefault="00786444" w:rsidP="0075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CD01" w14:textId="094C39BF" w:rsidR="007559CA" w:rsidRDefault="00175D7C" w:rsidP="007559CA">
    <w:pPr>
      <w:pStyle w:val="Pidipagina"/>
      <w:tabs>
        <w:tab w:val="left" w:pos="780"/>
      </w:tabs>
      <w:rPr>
        <w:b/>
        <w:bCs/>
        <w:sz w:val="12"/>
        <w:szCs w:val="12"/>
      </w:rPr>
    </w:pPr>
    <w:r w:rsidRPr="00175D7C">
      <w:rPr>
        <w:rFonts w:ascii="Aptos" w:eastAsia="Aptos" w:hAnsi="Aptos" w:cs="Aptos"/>
        <w:noProof/>
        <w:color w:val="000000"/>
        <w:kern w:val="2"/>
        <w:sz w:val="24"/>
        <w:szCs w:val="24"/>
        <w:u w:color="000000"/>
        <w:bdr w:val="nil"/>
        <w:lang w:val="it-IT" w:eastAsia="it-IT"/>
      </w:rPr>
      <w:drawing>
        <wp:anchor distT="0" distB="0" distL="114300" distR="114300" simplePos="0" relativeHeight="251660800" behindDoc="1" locked="0" layoutInCell="1" allowOverlap="1" wp14:anchorId="38D3BC0A" wp14:editId="2F71C5D1">
          <wp:simplePos x="0" y="0"/>
          <wp:positionH relativeFrom="column">
            <wp:posOffset>5300980</wp:posOffset>
          </wp:positionH>
          <wp:positionV relativeFrom="paragraph">
            <wp:posOffset>-196376</wp:posOffset>
          </wp:positionV>
          <wp:extent cx="1086105" cy="1037230"/>
          <wp:effectExtent l="0" t="0" r="0" b="0"/>
          <wp:wrapNone/>
          <wp:docPr id="652464296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464296" name="Immagine 6524642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6" t="29799" r="26117" b="27564"/>
                  <a:stretch>
                    <a:fillRect/>
                  </a:stretch>
                </pic:blipFill>
                <pic:spPr bwMode="auto">
                  <a:xfrm>
                    <a:off x="0" y="0"/>
                    <a:ext cx="1086105" cy="1037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0CC9B" w14:textId="00FD466D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b/>
        <w:bCs/>
        <w:sz w:val="16"/>
        <w:szCs w:val="16"/>
      </w:rPr>
      <w:t xml:space="preserve">PREMIO NAZIONALE </w:t>
    </w:r>
  </w:p>
  <w:p w14:paraId="01C62822" w14:textId="6954C55C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DI RESTAURO, </w:t>
    </w:r>
  </w:p>
  <w:p w14:paraId="29FE6151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CONSERVAZIONE </w:t>
    </w:r>
  </w:p>
  <w:p w14:paraId="1EE8266A" w14:textId="77777777" w:rsidR="007559CA" w:rsidRPr="00F50B69" w:rsidRDefault="007559CA" w:rsidP="007559CA">
    <w:pPr>
      <w:pStyle w:val="Pidipagina"/>
      <w:tabs>
        <w:tab w:val="left" w:pos="780"/>
        <w:tab w:val="left" w:pos="8505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 E VALORIZZAZIONE </w:t>
    </w:r>
    <w:r w:rsidRPr="00F50B69">
      <w:rPr>
        <w:rFonts w:ascii="Aptos" w:hAnsi="Aptos"/>
        <w:sz w:val="16"/>
        <w:szCs w:val="16"/>
      </w:rPr>
      <w:tab/>
    </w:r>
  </w:p>
  <w:p w14:paraId="4B166DA6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b/>
        <w:bCs/>
        <w:sz w:val="16"/>
        <w:szCs w:val="16"/>
      </w:rPr>
    </w:pPr>
    <w:r w:rsidRPr="00F50B69">
      <w:rPr>
        <w:rFonts w:ascii="Aptos" w:hAnsi="Aptos"/>
        <w:b/>
        <w:bCs/>
        <w:sz w:val="16"/>
        <w:szCs w:val="16"/>
      </w:rPr>
      <w:t>“VIA APPIA REGINA VIARUM”</w:t>
    </w:r>
  </w:p>
  <w:p w14:paraId="36795B89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F534C3C" wp14:editId="74649445">
              <wp:simplePos x="0" y="0"/>
              <wp:positionH relativeFrom="margin">
                <wp:posOffset>-15240</wp:posOffset>
              </wp:positionH>
              <wp:positionV relativeFrom="paragraph">
                <wp:posOffset>66082</wp:posOffset>
              </wp:positionV>
              <wp:extent cx="5314950" cy="12023"/>
              <wp:effectExtent l="0" t="0" r="19050" b="26670"/>
              <wp:wrapNone/>
              <wp:docPr id="471683934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14950" cy="12023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800000"/>
                        </a:solidFill>
                        <a:prstDash val="solid"/>
                        <a:miter lim="8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5C9279" id="Connettore diritto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5.2pt" to="417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" strokecolor="maroon" strokeweight=".5pt">
              <v:stroke joinstyle="miter"/>
              <w10:wrap anchorx="margin"/>
            </v:line>
          </w:pict>
        </mc:Fallback>
      </mc:AlternateContent>
    </w:r>
    <w:r w:rsidRPr="00F50B69">
      <w:rPr>
        <w:rFonts w:ascii="Aptos" w:hAnsi="Aptos"/>
        <w:sz w:val="16"/>
        <w:szCs w:val="16"/>
      </w:rPr>
      <w:t xml:space="preserve">  </w:t>
    </w:r>
  </w:p>
  <w:p w14:paraId="68B975A0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proofErr w:type="spellStart"/>
    <w:r w:rsidRPr="00F50B69">
      <w:rPr>
        <w:rFonts w:ascii="Aptos" w:hAnsi="Aptos"/>
        <w:sz w:val="16"/>
        <w:szCs w:val="16"/>
      </w:rPr>
      <w:t>Edizione</w:t>
    </w:r>
    <w:proofErr w:type="spellEnd"/>
    <w:r w:rsidRPr="00F50B69">
      <w:rPr>
        <w:rFonts w:ascii="Aptos" w:hAnsi="Aptos"/>
        <w:sz w:val="16"/>
        <w:szCs w:val="16"/>
      </w:rPr>
      <w:t xml:space="preserve"> 2026-Il </w:t>
    </w:r>
    <w:proofErr w:type="spellStart"/>
    <w:r w:rsidRPr="00F50B69">
      <w:rPr>
        <w:rFonts w:ascii="Aptos" w:hAnsi="Aptos"/>
        <w:sz w:val="16"/>
        <w:szCs w:val="16"/>
      </w:rPr>
      <w:t>tratto</w:t>
    </w:r>
    <w:proofErr w:type="spellEnd"/>
    <w:r w:rsidRPr="00F50B69">
      <w:rPr>
        <w:rFonts w:ascii="Aptos" w:hAnsi="Aptos"/>
        <w:sz w:val="16"/>
        <w:szCs w:val="16"/>
      </w:rPr>
      <w:t xml:space="preserve"> </w:t>
    </w:r>
    <w:proofErr w:type="spellStart"/>
    <w:r w:rsidRPr="00F50B69">
      <w:rPr>
        <w:rFonts w:ascii="Aptos" w:hAnsi="Aptos"/>
        <w:sz w:val="16"/>
        <w:szCs w:val="16"/>
      </w:rPr>
      <w:t>pontino</w:t>
    </w:r>
    <w:proofErr w:type="spellEnd"/>
  </w:p>
  <w:p w14:paraId="03BBB147" w14:textId="5D47F111" w:rsidR="007559CA" w:rsidRDefault="007559CA">
    <w:pPr>
      <w:pStyle w:val="Intestazione"/>
    </w:pPr>
  </w:p>
  <w:p w14:paraId="30F8FBD8" w14:textId="77777777" w:rsidR="007559CA" w:rsidRDefault="007559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0530939">
    <w:abstractNumId w:val="8"/>
  </w:num>
  <w:num w:numId="2" w16cid:durableId="61224771">
    <w:abstractNumId w:val="6"/>
  </w:num>
  <w:num w:numId="3" w16cid:durableId="300185950">
    <w:abstractNumId w:val="5"/>
  </w:num>
  <w:num w:numId="4" w16cid:durableId="89551057">
    <w:abstractNumId w:val="4"/>
  </w:num>
  <w:num w:numId="5" w16cid:durableId="1528373412">
    <w:abstractNumId w:val="7"/>
  </w:num>
  <w:num w:numId="6" w16cid:durableId="921916536">
    <w:abstractNumId w:val="3"/>
  </w:num>
  <w:num w:numId="7" w16cid:durableId="1079786134">
    <w:abstractNumId w:val="2"/>
  </w:num>
  <w:num w:numId="8" w16cid:durableId="921791956">
    <w:abstractNumId w:val="1"/>
  </w:num>
  <w:num w:numId="9" w16cid:durableId="14374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70D"/>
    <w:rsid w:val="0015074B"/>
    <w:rsid w:val="00175D7C"/>
    <w:rsid w:val="0029639D"/>
    <w:rsid w:val="00326F90"/>
    <w:rsid w:val="003567A4"/>
    <w:rsid w:val="003822A6"/>
    <w:rsid w:val="00445C5D"/>
    <w:rsid w:val="00497ACB"/>
    <w:rsid w:val="00675403"/>
    <w:rsid w:val="007559CA"/>
    <w:rsid w:val="00786444"/>
    <w:rsid w:val="00894DA4"/>
    <w:rsid w:val="00AA04F0"/>
    <w:rsid w:val="00AA1D8D"/>
    <w:rsid w:val="00AF218C"/>
    <w:rsid w:val="00B47730"/>
    <w:rsid w:val="00BA7374"/>
    <w:rsid w:val="00CA1E6D"/>
    <w:rsid w:val="00CB0664"/>
    <w:rsid w:val="00CE36FB"/>
    <w:rsid w:val="00E42390"/>
    <w:rsid w:val="00E760F7"/>
    <w:rsid w:val="00F50B69"/>
    <w:rsid w:val="00F51F25"/>
    <w:rsid w:val="00FC693F"/>
    <w:rsid w:val="00FE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FDEDC"/>
  <w14:defaultImageDpi w14:val="300"/>
  <w15:docId w15:val="{25457374-5656-4962-96C1-37530162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Francesco Vaudo</cp:lastModifiedBy>
  <cp:revision>11</cp:revision>
  <dcterms:created xsi:type="dcterms:W3CDTF">2026-09-13T22:03:00Z</dcterms:created>
  <dcterms:modified xsi:type="dcterms:W3CDTF">2026-09-18T16:55:00Z</dcterms:modified>
  <cp:category/>
</cp:coreProperties>
</file>